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3106F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> </w:t>
      </w:r>
    </w:p>
    <w:p w14:paraId="269A322A" w14:textId="77777777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Milanowskie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Przedsiębiorstwo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Wodociągów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Kanalizacji</w:t>
      </w:r>
      <w:proofErr w:type="spellEnd"/>
      <w:r w:rsidRPr="00E6311C">
        <w:rPr>
          <w:rFonts w:ascii="Garamond" w:hAnsi="Garamond" w:cs="Arial"/>
          <w:sz w:val="22"/>
        </w:rPr>
        <w:t xml:space="preserve"> Sp. z </w:t>
      </w:r>
      <w:proofErr w:type="spellStart"/>
      <w:r w:rsidRPr="00E6311C">
        <w:rPr>
          <w:rFonts w:ascii="Garamond" w:hAnsi="Garamond" w:cs="Arial"/>
          <w:sz w:val="22"/>
        </w:rPr>
        <w:t>o.o.</w:t>
      </w:r>
      <w:proofErr w:type="spellEnd"/>
    </w:p>
    <w:p w14:paraId="048345CF" w14:textId="77777777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ul. </w:t>
      </w:r>
      <w:proofErr w:type="spellStart"/>
      <w:r w:rsidRPr="00E6311C">
        <w:rPr>
          <w:rFonts w:ascii="Garamond" w:hAnsi="Garamond" w:cs="Arial"/>
          <w:sz w:val="22"/>
        </w:rPr>
        <w:t>Spacerowa</w:t>
      </w:r>
      <w:proofErr w:type="spellEnd"/>
      <w:r w:rsidRPr="00E6311C">
        <w:rPr>
          <w:rFonts w:ascii="Garamond" w:hAnsi="Garamond" w:cs="Arial"/>
          <w:sz w:val="22"/>
        </w:rPr>
        <w:t xml:space="preserve"> 4, 05-822 </w:t>
      </w:r>
      <w:proofErr w:type="spellStart"/>
      <w:r w:rsidRPr="00E6311C">
        <w:rPr>
          <w:rFonts w:ascii="Garamond" w:hAnsi="Garamond" w:cs="Arial"/>
          <w:sz w:val="22"/>
        </w:rPr>
        <w:t>Milanówek</w:t>
      </w:r>
      <w:proofErr w:type="spellEnd"/>
    </w:p>
    <w:p w14:paraId="3B19D3CA" w14:textId="77777777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> </w:t>
      </w:r>
    </w:p>
    <w:p w14:paraId="68DED20F" w14:textId="1E1950A7" w:rsidR="000A6E68" w:rsidRPr="00E6311C" w:rsidRDefault="00BF795F" w:rsidP="000C3546">
      <w:pPr>
        <w:pStyle w:val="Nagwek1"/>
        <w:spacing w:line="240" w:lineRule="auto"/>
        <w:jc w:val="center"/>
        <w:rPr>
          <w:rFonts w:ascii="Garamond" w:hAnsi="Garamond" w:cs="Arial"/>
          <w:sz w:val="22"/>
          <w:szCs w:val="22"/>
        </w:rPr>
      </w:pPr>
      <w:bookmarkStart w:id="0" w:name="zaproszenie-do-złożenia-oferty"/>
      <w:r w:rsidRPr="00E6311C">
        <w:rPr>
          <w:rFonts w:ascii="Garamond" w:hAnsi="Garamond" w:cs="Arial"/>
          <w:sz w:val="22"/>
          <w:szCs w:val="22"/>
        </w:rPr>
        <w:t xml:space="preserve">ZAPROSZENIE DO </w:t>
      </w:r>
      <w:r w:rsidR="000C3546" w:rsidRPr="00E6311C">
        <w:rPr>
          <w:rFonts w:ascii="Garamond" w:hAnsi="Garamond" w:cs="Arial"/>
          <w:sz w:val="22"/>
          <w:szCs w:val="22"/>
        </w:rPr>
        <w:t>SKŁADANIA</w:t>
      </w:r>
      <w:r w:rsidRPr="00E6311C">
        <w:rPr>
          <w:rFonts w:ascii="Garamond" w:hAnsi="Garamond" w:cs="Arial"/>
          <w:sz w:val="22"/>
          <w:szCs w:val="22"/>
        </w:rPr>
        <w:t xml:space="preserve"> OFERT</w:t>
      </w:r>
    </w:p>
    <w:p w14:paraId="472D75F2" w14:textId="7D9D2E54" w:rsidR="000A6E68" w:rsidRPr="00E6311C" w:rsidRDefault="00BF795F" w:rsidP="000C3546">
      <w:pPr>
        <w:spacing w:line="240" w:lineRule="auto"/>
        <w:jc w:val="center"/>
        <w:rPr>
          <w:rFonts w:ascii="Garamond" w:hAnsi="Garamond" w:cs="Arial"/>
          <w:b/>
          <w:bCs/>
          <w:sz w:val="22"/>
        </w:rPr>
      </w:pPr>
      <w:r w:rsidRPr="00E6311C">
        <w:rPr>
          <w:rFonts w:ascii="Garamond" w:hAnsi="Garamond" w:cs="Arial"/>
          <w:b/>
          <w:bCs/>
          <w:sz w:val="22"/>
        </w:rPr>
        <w:t xml:space="preserve">Znak </w:t>
      </w:r>
      <w:proofErr w:type="spellStart"/>
      <w:r w:rsidRPr="00E6311C">
        <w:rPr>
          <w:rFonts w:ascii="Garamond" w:hAnsi="Garamond" w:cs="Arial"/>
          <w:b/>
          <w:bCs/>
          <w:sz w:val="22"/>
        </w:rPr>
        <w:t>sprawy</w:t>
      </w:r>
      <w:proofErr w:type="spellEnd"/>
      <w:r w:rsidRPr="00E6311C">
        <w:rPr>
          <w:rFonts w:ascii="Garamond" w:hAnsi="Garamond" w:cs="Arial"/>
          <w:b/>
          <w:bCs/>
          <w:sz w:val="22"/>
        </w:rPr>
        <w:t xml:space="preserve">: </w:t>
      </w:r>
      <w:proofErr w:type="spellStart"/>
      <w:r w:rsidRPr="00E6311C">
        <w:rPr>
          <w:rFonts w:ascii="Garamond" w:hAnsi="Garamond" w:cs="Arial"/>
          <w:b/>
          <w:bCs/>
          <w:sz w:val="22"/>
        </w:rPr>
        <w:t>MPWiK</w:t>
      </w:r>
      <w:proofErr w:type="spellEnd"/>
      <w:r w:rsidRPr="00E6311C">
        <w:rPr>
          <w:rFonts w:ascii="Garamond" w:hAnsi="Garamond" w:cs="Arial"/>
          <w:b/>
          <w:bCs/>
          <w:sz w:val="22"/>
        </w:rPr>
        <w:t>/</w:t>
      </w:r>
      <w:r w:rsidR="00703575">
        <w:rPr>
          <w:rFonts w:ascii="Garamond" w:hAnsi="Garamond" w:cs="Arial"/>
          <w:b/>
          <w:bCs/>
          <w:sz w:val="22"/>
        </w:rPr>
        <w:t>107</w:t>
      </w:r>
      <w:r w:rsidRPr="00E6311C">
        <w:rPr>
          <w:rFonts w:ascii="Garamond" w:hAnsi="Garamond" w:cs="Arial"/>
          <w:b/>
          <w:bCs/>
          <w:sz w:val="22"/>
        </w:rPr>
        <w:t>/2026</w:t>
      </w:r>
    </w:p>
    <w:bookmarkEnd w:id="0"/>
    <w:p w14:paraId="36129F5A" w14:textId="77777777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> </w:t>
      </w:r>
    </w:p>
    <w:p w14:paraId="32D9FE89" w14:textId="5275AFB7" w:rsidR="000A6E68" w:rsidRPr="00F42135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b/>
          <w:bCs/>
          <w:sz w:val="22"/>
        </w:rPr>
      </w:pP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Niniejsze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zaproszenie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nie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stanowi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ogłoszenia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w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rozumieniu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przepisów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ustawy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z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dnia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11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września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2019 r. –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Prawo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zamówień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publicznych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(Dz. U. z 2024 r.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poz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. 1320 ze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zm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.),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zwanej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dalej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„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ustawą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Pr="00F42135">
        <w:rPr>
          <w:rFonts w:ascii="Garamond" w:hAnsi="Garamond" w:cs="Arial"/>
          <w:b/>
          <w:bCs/>
          <w:i/>
          <w:iCs/>
          <w:sz w:val="22"/>
        </w:rPr>
        <w:t>Pzp</w:t>
      </w:r>
      <w:proofErr w:type="spellEnd"/>
      <w:r w:rsidRPr="00F42135">
        <w:rPr>
          <w:rFonts w:ascii="Garamond" w:hAnsi="Garamond" w:cs="Arial"/>
          <w:b/>
          <w:bCs/>
          <w:i/>
          <w:iCs/>
          <w:sz w:val="22"/>
        </w:rPr>
        <w:t xml:space="preserve">”.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Zamówienie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objęte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jest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wyłączeniem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ze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stosowania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ustawy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Pzp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na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podstawie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art. 11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ust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. 1 pkt 6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ustawy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P</w:t>
      </w:r>
      <w:r w:rsidR="000C3546" w:rsidRPr="00074E4B">
        <w:rPr>
          <w:rFonts w:ascii="Garamond" w:hAnsi="Garamond" w:cs="Arial"/>
          <w:b/>
          <w:bCs/>
          <w:i/>
          <w:iCs/>
          <w:sz w:val="22"/>
          <w:u w:val="single"/>
        </w:rPr>
        <w:t>ZP</w:t>
      </w:r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,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jako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dotyczące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nabycia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praw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do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istniejącego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budynku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lub</w:t>
      </w:r>
      <w:proofErr w:type="spellEnd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 xml:space="preserve"> </w:t>
      </w:r>
      <w:proofErr w:type="spellStart"/>
      <w:r w:rsidRPr="00074E4B">
        <w:rPr>
          <w:rFonts w:ascii="Garamond" w:hAnsi="Garamond" w:cs="Arial"/>
          <w:b/>
          <w:bCs/>
          <w:i/>
          <w:iCs/>
          <w:sz w:val="22"/>
          <w:u w:val="single"/>
        </w:rPr>
        <w:t>nieruchomości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,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zaś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przeprowadzenia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postępowania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jest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formuła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badania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lokalnego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rynku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w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celu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wyłonienia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oferty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najbardziej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korzystnej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finansowo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,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przy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jednoczesnym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spełnieniu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warunków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i</w:t>
      </w:r>
      <w:proofErr w:type="spellEnd"/>
      <w:r w:rsidR="00F42135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F42135">
        <w:rPr>
          <w:rFonts w:ascii="Garamond" w:hAnsi="Garamond" w:cs="Arial"/>
          <w:b/>
          <w:bCs/>
          <w:i/>
          <w:iCs/>
          <w:sz w:val="22"/>
        </w:rPr>
        <w:t>oczekiwań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MPWiK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,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jako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przedsiębiorstwa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komunalnego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świadczącego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usługi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na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rzecz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mieszkańców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 xml:space="preserve"> </w:t>
      </w:r>
      <w:proofErr w:type="spellStart"/>
      <w:r w:rsidR="0012088D">
        <w:rPr>
          <w:rFonts w:ascii="Garamond" w:hAnsi="Garamond" w:cs="Arial"/>
          <w:b/>
          <w:bCs/>
          <w:i/>
          <w:iCs/>
          <w:sz w:val="22"/>
        </w:rPr>
        <w:t>Milanówk</w:t>
      </w:r>
      <w:r w:rsidR="00074E4B">
        <w:rPr>
          <w:rFonts w:ascii="Garamond" w:hAnsi="Garamond" w:cs="Arial"/>
          <w:b/>
          <w:bCs/>
          <w:i/>
          <w:iCs/>
          <w:sz w:val="22"/>
        </w:rPr>
        <w:t>a</w:t>
      </w:r>
      <w:proofErr w:type="spellEnd"/>
      <w:r w:rsidR="0012088D">
        <w:rPr>
          <w:rFonts w:ascii="Garamond" w:hAnsi="Garamond" w:cs="Arial"/>
          <w:b/>
          <w:bCs/>
          <w:i/>
          <w:iCs/>
          <w:sz w:val="22"/>
        </w:rPr>
        <w:t>.</w:t>
      </w:r>
    </w:p>
    <w:p w14:paraId="70069EFD" w14:textId="50FE18FC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" w:name="i.-zamawiający"/>
      <w:r w:rsidRPr="00E6311C">
        <w:rPr>
          <w:rFonts w:ascii="Garamond" w:hAnsi="Garamond" w:cs="Arial"/>
          <w:b w:val="0"/>
          <w:bCs w:val="0"/>
          <w:sz w:val="22"/>
          <w:szCs w:val="22"/>
        </w:rPr>
        <w:t>I. ZAMAWIAJĄCY</w:t>
      </w:r>
    </w:p>
    <w:p w14:paraId="448EC102" w14:textId="64D6E6DB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Milanowskie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Przedsiębiorstwo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Wodociągów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Kanalizacji</w:t>
      </w:r>
      <w:proofErr w:type="spellEnd"/>
      <w:r w:rsidRPr="00E6311C">
        <w:rPr>
          <w:rFonts w:ascii="Garamond" w:hAnsi="Garamond" w:cs="Arial"/>
          <w:sz w:val="22"/>
        </w:rPr>
        <w:t xml:space="preserve"> Sp. z </w:t>
      </w:r>
      <w:proofErr w:type="spellStart"/>
      <w:r w:rsidRPr="00E6311C">
        <w:rPr>
          <w:rFonts w:ascii="Garamond" w:hAnsi="Garamond" w:cs="Arial"/>
          <w:sz w:val="22"/>
        </w:rPr>
        <w:t>o.o.</w:t>
      </w:r>
      <w:proofErr w:type="spellEnd"/>
      <w:r w:rsidRPr="00E6311C">
        <w:rPr>
          <w:rFonts w:ascii="Garamond" w:hAnsi="Garamond" w:cs="Arial"/>
          <w:sz w:val="22"/>
        </w:rPr>
        <w:t xml:space="preserve"> ul. </w:t>
      </w:r>
      <w:proofErr w:type="spellStart"/>
      <w:r w:rsidRPr="00E6311C">
        <w:rPr>
          <w:rFonts w:ascii="Garamond" w:hAnsi="Garamond" w:cs="Arial"/>
          <w:sz w:val="22"/>
        </w:rPr>
        <w:t>Spacerowa</w:t>
      </w:r>
      <w:proofErr w:type="spellEnd"/>
      <w:r w:rsidRPr="00E6311C">
        <w:rPr>
          <w:rFonts w:ascii="Garamond" w:hAnsi="Garamond" w:cs="Arial"/>
          <w:sz w:val="22"/>
        </w:rPr>
        <w:t xml:space="preserve"> 4, 05-822 </w:t>
      </w:r>
      <w:proofErr w:type="spellStart"/>
      <w:r w:rsidRPr="00E6311C">
        <w:rPr>
          <w:rFonts w:ascii="Garamond" w:hAnsi="Garamond" w:cs="Arial"/>
          <w:sz w:val="22"/>
        </w:rPr>
        <w:t>Milanówek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dalej</w:t>
      </w:r>
      <w:proofErr w:type="spellEnd"/>
      <w:r w:rsidRPr="00E6311C">
        <w:rPr>
          <w:rFonts w:ascii="Garamond" w:hAnsi="Garamond" w:cs="Arial"/>
          <w:sz w:val="22"/>
        </w:rPr>
        <w:t>: „</w:t>
      </w:r>
      <w:proofErr w:type="spellStart"/>
      <w:r w:rsidRPr="00F42135">
        <w:rPr>
          <w:rFonts w:ascii="Garamond" w:hAnsi="Garamond" w:cs="Arial"/>
          <w:sz w:val="22"/>
        </w:rPr>
        <w:t>Zamawiający</w:t>
      </w:r>
      <w:proofErr w:type="spellEnd"/>
      <w:r w:rsidRPr="00F42135">
        <w:rPr>
          <w:rFonts w:ascii="Garamond" w:hAnsi="Garamond" w:cs="Arial"/>
          <w:sz w:val="22"/>
        </w:rPr>
        <w:t>”</w:t>
      </w:r>
      <w:r w:rsidR="000C3546" w:rsidRPr="00F42135">
        <w:rPr>
          <w:rFonts w:ascii="Garamond" w:hAnsi="Garamond" w:cs="Arial"/>
          <w:sz w:val="22"/>
        </w:rPr>
        <w:t xml:space="preserve">, </w:t>
      </w:r>
      <w:r w:rsidRPr="00F42135">
        <w:rPr>
          <w:rFonts w:ascii="Garamond" w:hAnsi="Garamond" w:cs="Arial"/>
          <w:sz w:val="22"/>
        </w:rPr>
        <w:t>„</w:t>
      </w:r>
      <w:proofErr w:type="spellStart"/>
      <w:r w:rsidRPr="00F42135">
        <w:rPr>
          <w:rFonts w:ascii="Garamond" w:hAnsi="Garamond" w:cs="Arial"/>
          <w:sz w:val="22"/>
        </w:rPr>
        <w:t>Spółka</w:t>
      </w:r>
      <w:proofErr w:type="spellEnd"/>
      <w:r w:rsidRPr="00F42135">
        <w:rPr>
          <w:rFonts w:ascii="Garamond" w:hAnsi="Garamond" w:cs="Arial"/>
          <w:sz w:val="22"/>
        </w:rPr>
        <w:t>”</w:t>
      </w:r>
      <w:r w:rsidR="000C3546" w:rsidRPr="00E6311C">
        <w:rPr>
          <w:rFonts w:ascii="Garamond" w:hAnsi="Garamond" w:cs="Arial"/>
          <w:sz w:val="22"/>
        </w:rPr>
        <w:t xml:space="preserve"> </w:t>
      </w:r>
      <w:proofErr w:type="spellStart"/>
      <w:r w:rsidR="000C3546" w:rsidRPr="00E6311C">
        <w:rPr>
          <w:rFonts w:ascii="Garamond" w:hAnsi="Garamond" w:cs="Arial"/>
          <w:sz w:val="22"/>
        </w:rPr>
        <w:t>lub</w:t>
      </w:r>
      <w:proofErr w:type="spellEnd"/>
      <w:r w:rsidR="000C3546" w:rsidRPr="00E6311C">
        <w:rPr>
          <w:rFonts w:ascii="Garamond" w:hAnsi="Garamond" w:cs="Arial"/>
          <w:sz w:val="22"/>
        </w:rPr>
        <w:t xml:space="preserve"> “</w:t>
      </w:r>
      <w:proofErr w:type="spellStart"/>
      <w:r w:rsidR="000C3546" w:rsidRPr="00E6311C">
        <w:rPr>
          <w:rFonts w:ascii="Garamond" w:hAnsi="Garamond" w:cs="Arial"/>
          <w:sz w:val="22"/>
        </w:rPr>
        <w:t>Najemca</w:t>
      </w:r>
      <w:proofErr w:type="spellEnd"/>
      <w:r w:rsidR="000C3546" w:rsidRPr="00E6311C">
        <w:rPr>
          <w:rFonts w:ascii="Garamond" w:hAnsi="Garamond" w:cs="Arial"/>
          <w:sz w:val="22"/>
        </w:rPr>
        <w:t>”</w:t>
      </w:r>
      <w:r w:rsidRPr="00E6311C">
        <w:rPr>
          <w:rFonts w:ascii="Garamond" w:hAnsi="Garamond" w:cs="Arial"/>
          <w:sz w:val="22"/>
        </w:rPr>
        <w:t>)</w:t>
      </w:r>
    </w:p>
    <w:p w14:paraId="338F3A33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2" w:name="ii.-przedmiot-zamówienia"/>
      <w:bookmarkEnd w:id="1"/>
      <w:r w:rsidRPr="00E6311C">
        <w:rPr>
          <w:rFonts w:ascii="Garamond" w:hAnsi="Garamond" w:cs="Arial"/>
          <w:b w:val="0"/>
          <w:bCs w:val="0"/>
          <w:sz w:val="22"/>
          <w:szCs w:val="22"/>
        </w:rPr>
        <w:t>II. PRZEDMIOT ZAMÓWIENIA</w:t>
      </w:r>
    </w:p>
    <w:p w14:paraId="18B89384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3" w:name="nazwa-zamówienia"/>
      <w:r w:rsidRPr="00E6311C">
        <w:rPr>
          <w:rFonts w:ascii="Garamond" w:hAnsi="Garamond" w:cs="Arial"/>
          <w:b w:val="0"/>
          <w:bCs w:val="0"/>
          <w:sz w:val="22"/>
        </w:rPr>
        <w:t xml:space="preserve">1. Nazwa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zamówienia</w:t>
      </w:r>
      <w:proofErr w:type="spellEnd"/>
    </w:p>
    <w:p w14:paraId="7BFFF263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Najem </w:t>
      </w:r>
      <w:proofErr w:type="spellStart"/>
      <w:r w:rsidRPr="00E6311C">
        <w:rPr>
          <w:rFonts w:ascii="Garamond" w:hAnsi="Garamond" w:cs="Arial"/>
          <w:sz w:val="22"/>
        </w:rPr>
        <w:t>powierzchni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siedzibę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Milanowskiego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Przedsiębiorstwa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Wodociągów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Kanalizacji</w:t>
      </w:r>
      <w:proofErr w:type="spellEnd"/>
      <w:r w:rsidRPr="00E6311C">
        <w:rPr>
          <w:rFonts w:ascii="Garamond" w:hAnsi="Garamond" w:cs="Arial"/>
          <w:sz w:val="22"/>
        </w:rPr>
        <w:t xml:space="preserve"> Sp. z </w:t>
      </w:r>
      <w:proofErr w:type="spellStart"/>
      <w:r w:rsidRPr="00E6311C">
        <w:rPr>
          <w:rFonts w:ascii="Garamond" w:hAnsi="Garamond" w:cs="Arial"/>
          <w:sz w:val="22"/>
        </w:rPr>
        <w:t>o.o.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Milanówku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2502AC17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4" w:name="rodzaj-zamówienia"/>
      <w:bookmarkEnd w:id="3"/>
      <w:r w:rsidRPr="00E6311C">
        <w:rPr>
          <w:rFonts w:ascii="Garamond" w:hAnsi="Garamond" w:cs="Arial"/>
          <w:b w:val="0"/>
          <w:bCs w:val="0"/>
          <w:sz w:val="22"/>
        </w:rPr>
        <w:t xml:space="preserve">2. Rodzaj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zamówienia</w:t>
      </w:r>
      <w:proofErr w:type="spellEnd"/>
    </w:p>
    <w:p w14:paraId="7290A606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Usługa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23E32CF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5" w:name="opis-przedmiotu-zamówienia"/>
      <w:bookmarkEnd w:id="4"/>
      <w:r w:rsidRPr="00E6311C">
        <w:rPr>
          <w:rFonts w:ascii="Garamond" w:hAnsi="Garamond" w:cs="Arial"/>
          <w:b w:val="0"/>
          <w:bCs w:val="0"/>
          <w:sz w:val="22"/>
        </w:rPr>
        <w:t xml:space="preserve">3.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Opis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przedmiotu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zamówienia</w:t>
      </w:r>
      <w:proofErr w:type="spellEnd"/>
    </w:p>
    <w:p w14:paraId="17300824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Przedmiotem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zamówienia</w:t>
      </w:r>
      <w:proofErr w:type="spellEnd"/>
      <w:r w:rsidRPr="00E6311C">
        <w:rPr>
          <w:rFonts w:ascii="Garamond" w:hAnsi="Garamond" w:cs="Arial"/>
          <w:sz w:val="22"/>
        </w:rPr>
        <w:t xml:space="preserve"> jest </w:t>
      </w:r>
      <w:proofErr w:type="spellStart"/>
      <w:r w:rsidRPr="00E6311C">
        <w:rPr>
          <w:rFonts w:ascii="Garamond" w:hAnsi="Garamond" w:cs="Arial"/>
          <w:sz w:val="22"/>
        </w:rPr>
        <w:t>najem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okres</w:t>
      </w:r>
      <w:proofErr w:type="spellEnd"/>
      <w:r w:rsidRPr="00E6311C">
        <w:rPr>
          <w:rFonts w:ascii="Garamond" w:hAnsi="Garamond" w:cs="Arial"/>
          <w:sz w:val="22"/>
        </w:rPr>
        <w:t xml:space="preserve"> 36 </w:t>
      </w:r>
      <w:proofErr w:type="spellStart"/>
      <w:r w:rsidRPr="00E6311C">
        <w:rPr>
          <w:rFonts w:ascii="Garamond" w:hAnsi="Garamond" w:cs="Arial"/>
          <w:sz w:val="22"/>
        </w:rPr>
        <w:t>miesięcy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istniejącej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potrzeby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działalności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Spółki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obejmującej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łącznie</w:t>
      </w:r>
      <w:proofErr w:type="spellEnd"/>
      <w:r w:rsidRPr="00E6311C">
        <w:rPr>
          <w:rFonts w:ascii="Garamond" w:hAnsi="Garamond" w:cs="Arial"/>
          <w:sz w:val="22"/>
        </w:rPr>
        <w:t>:</w:t>
      </w:r>
    </w:p>
    <w:p w14:paraId="28B517DC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minimum 11 </w:t>
      </w:r>
      <w:proofErr w:type="spellStart"/>
      <w:r w:rsidRPr="00E6311C">
        <w:rPr>
          <w:rFonts w:ascii="Garamond" w:hAnsi="Garamond" w:cs="Arial"/>
          <w:sz w:val="22"/>
        </w:rPr>
        <w:t>pokoi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biurowych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4661110A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1 </w:t>
      </w:r>
      <w:proofErr w:type="spellStart"/>
      <w:r w:rsidRPr="00E6311C">
        <w:rPr>
          <w:rFonts w:ascii="Garamond" w:hAnsi="Garamond" w:cs="Arial"/>
          <w:sz w:val="22"/>
        </w:rPr>
        <w:t>salę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konferencyjną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14D7765D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1 </w:t>
      </w:r>
      <w:proofErr w:type="spellStart"/>
      <w:r w:rsidRPr="00E6311C">
        <w:rPr>
          <w:rFonts w:ascii="Garamond" w:hAnsi="Garamond" w:cs="Arial"/>
          <w:sz w:val="22"/>
        </w:rPr>
        <w:t>aneks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kuchenny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28E49D70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minimum 2 </w:t>
      </w:r>
      <w:proofErr w:type="spellStart"/>
      <w:r w:rsidRPr="00E6311C">
        <w:rPr>
          <w:rFonts w:ascii="Garamond" w:hAnsi="Garamond" w:cs="Arial"/>
          <w:sz w:val="22"/>
        </w:rPr>
        <w:t>toalety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65788862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minimum 3 </w:t>
      </w:r>
      <w:proofErr w:type="spellStart"/>
      <w:r w:rsidRPr="00E6311C">
        <w:rPr>
          <w:rFonts w:ascii="Garamond" w:hAnsi="Garamond" w:cs="Arial"/>
          <w:sz w:val="22"/>
        </w:rPr>
        <w:t>pomieszczenia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techniczne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5C15085E" w14:textId="77777777" w:rsidR="000A6E68" w:rsidRPr="00E6311C" w:rsidRDefault="00BF795F" w:rsidP="000C3546">
      <w:pPr>
        <w:numPr>
          <w:ilvl w:val="0"/>
          <w:numId w:val="11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15 </w:t>
      </w:r>
      <w:proofErr w:type="spellStart"/>
      <w:r w:rsidRPr="00E6311C">
        <w:rPr>
          <w:rFonts w:ascii="Garamond" w:hAnsi="Garamond" w:cs="Arial"/>
          <w:sz w:val="22"/>
        </w:rPr>
        <w:t>miejsc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parkingowych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samochody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osobowe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użytkowanych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wyłączność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Spółkę</w:t>
      </w:r>
      <w:proofErr w:type="spellEnd"/>
      <w:r w:rsidRPr="00E6311C">
        <w:rPr>
          <w:rFonts w:ascii="Garamond" w:hAnsi="Garamond" w:cs="Arial"/>
          <w:sz w:val="22"/>
        </w:rPr>
        <w:t>,</w:t>
      </w:r>
    </w:p>
    <w:p w14:paraId="2DEEE626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o </w:t>
      </w:r>
      <w:proofErr w:type="spellStart"/>
      <w:r w:rsidRPr="00E6311C">
        <w:rPr>
          <w:rFonts w:ascii="Garamond" w:hAnsi="Garamond" w:cs="Arial"/>
          <w:sz w:val="22"/>
        </w:rPr>
        <w:t>łącznej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użytkowej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mniejszej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niż</w:t>
      </w:r>
      <w:proofErr w:type="spellEnd"/>
      <w:r w:rsidRPr="00E6311C">
        <w:rPr>
          <w:rFonts w:ascii="Garamond" w:hAnsi="Garamond" w:cs="Arial"/>
          <w:sz w:val="22"/>
        </w:rPr>
        <w:t xml:space="preserve"> 400 m²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większej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niż</w:t>
      </w:r>
      <w:proofErr w:type="spellEnd"/>
      <w:r w:rsidRPr="00E6311C">
        <w:rPr>
          <w:rFonts w:ascii="Garamond" w:hAnsi="Garamond" w:cs="Arial"/>
          <w:sz w:val="22"/>
        </w:rPr>
        <w:t xml:space="preserve"> 600 m².</w:t>
      </w:r>
    </w:p>
    <w:p w14:paraId="41001E24" w14:textId="77777777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istniejącą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rozumie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powierzchnię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jednym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budynku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posiadającym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pozwolenie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użytkowanie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257351DE" w14:textId="64C68556" w:rsidR="000A6E68" w:rsidRPr="00E6311C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lastRenderedPageBreak/>
        <w:t>Dopuszczalność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typu</w:t>
      </w:r>
      <w:proofErr w:type="spellEnd"/>
      <w:r w:rsidRPr="00E6311C">
        <w:rPr>
          <w:rFonts w:ascii="Garamond" w:hAnsi="Garamond" w:cs="Arial"/>
          <w:sz w:val="22"/>
        </w:rPr>
        <w:t xml:space="preserve"> open space: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dopuszcza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obejmującą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pojedynczą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otwartą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przestrzeń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typu</w:t>
      </w:r>
      <w:proofErr w:type="spellEnd"/>
      <w:r w:rsidRPr="00E6311C">
        <w:rPr>
          <w:rFonts w:ascii="Garamond" w:hAnsi="Garamond" w:cs="Arial"/>
          <w:sz w:val="22"/>
        </w:rPr>
        <w:t xml:space="preserve"> open space). W </w:t>
      </w:r>
      <w:proofErr w:type="spellStart"/>
      <w:r w:rsidRPr="00E6311C">
        <w:rPr>
          <w:rFonts w:ascii="Garamond" w:hAnsi="Garamond" w:cs="Arial"/>
          <w:sz w:val="22"/>
        </w:rPr>
        <w:t>takim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przypadku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dostosuje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ją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swoich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potrzeb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a </w:t>
      </w:r>
      <w:proofErr w:type="spellStart"/>
      <w:r w:rsidRPr="00E6311C">
        <w:rPr>
          <w:rFonts w:ascii="Garamond" w:hAnsi="Garamond" w:cs="Arial"/>
          <w:sz w:val="22"/>
        </w:rPr>
        <w:t>Wykonawca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wyraża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to </w:t>
      </w:r>
      <w:proofErr w:type="spellStart"/>
      <w:r w:rsidRPr="00E6311C">
        <w:rPr>
          <w:rFonts w:ascii="Garamond" w:hAnsi="Garamond" w:cs="Arial"/>
          <w:sz w:val="22"/>
        </w:rPr>
        <w:t>zgodę</w:t>
      </w:r>
      <w:proofErr w:type="spellEnd"/>
      <w:r w:rsidRPr="00E6311C">
        <w:rPr>
          <w:rFonts w:ascii="Garamond" w:hAnsi="Garamond" w:cs="Arial"/>
          <w:sz w:val="22"/>
        </w:rPr>
        <w:t xml:space="preserve">. </w:t>
      </w:r>
      <w:proofErr w:type="spellStart"/>
      <w:r w:rsidRPr="00E6311C">
        <w:rPr>
          <w:rFonts w:ascii="Garamond" w:hAnsi="Garamond" w:cs="Arial"/>
          <w:sz w:val="22"/>
        </w:rPr>
        <w:t>Koszty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poniesione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adaptację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uwzględnione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opłacie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najmu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opłata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najmu</w:t>
      </w:r>
      <w:proofErr w:type="spellEnd"/>
      <w:r w:rsidRPr="00E6311C">
        <w:rPr>
          <w:rFonts w:ascii="Garamond" w:hAnsi="Garamond" w:cs="Arial"/>
          <w:sz w:val="22"/>
        </w:rPr>
        <w:t xml:space="preserve"> za </w:t>
      </w:r>
      <w:proofErr w:type="spellStart"/>
      <w:r w:rsidRPr="00E6311C">
        <w:rPr>
          <w:rFonts w:ascii="Garamond" w:hAnsi="Garamond" w:cs="Arial"/>
          <w:sz w:val="22"/>
        </w:rPr>
        <w:t>pierwsze</w:t>
      </w:r>
      <w:proofErr w:type="spellEnd"/>
      <w:r w:rsidRPr="00E6311C">
        <w:rPr>
          <w:rFonts w:ascii="Garamond" w:hAnsi="Garamond" w:cs="Arial"/>
          <w:sz w:val="22"/>
        </w:rPr>
        <w:t xml:space="preserve"> 12 </w:t>
      </w:r>
      <w:proofErr w:type="spellStart"/>
      <w:r w:rsidRPr="00E6311C">
        <w:rPr>
          <w:rFonts w:ascii="Garamond" w:hAnsi="Garamond" w:cs="Arial"/>
          <w:sz w:val="22"/>
        </w:rPr>
        <w:t>miesięcy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pomniejszona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o </w:t>
      </w:r>
      <w:proofErr w:type="spellStart"/>
      <w:r w:rsidRPr="00E6311C">
        <w:rPr>
          <w:rFonts w:ascii="Garamond" w:hAnsi="Garamond" w:cs="Arial"/>
          <w:sz w:val="22"/>
        </w:rPr>
        <w:t>udokumentowane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koszty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poniesione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Zamawiającego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4186FFD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6" w:name="podstawowe-warunki-dla-nieruchomości"/>
      <w:bookmarkEnd w:id="5"/>
      <w:r w:rsidRPr="00E6311C">
        <w:rPr>
          <w:rFonts w:ascii="Garamond" w:hAnsi="Garamond" w:cs="Arial"/>
          <w:b w:val="0"/>
          <w:bCs w:val="0"/>
          <w:sz w:val="22"/>
        </w:rPr>
        <w:t xml:space="preserve">4.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Podstawowe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warunki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dla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nieruchomości</w:t>
      </w:r>
      <w:proofErr w:type="spellEnd"/>
    </w:p>
    <w:p w14:paraId="488D1B8B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Oferowana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nieruchomość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musi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spełniać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łącznie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następujące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warunki</w:t>
      </w:r>
      <w:proofErr w:type="spellEnd"/>
      <w:r w:rsidRPr="00E6311C">
        <w:rPr>
          <w:rFonts w:ascii="Garamond" w:hAnsi="Garamond" w:cs="Arial"/>
          <w:sz w:val="22"/>
        </w:rPr>
        <w:t>:</w:t>
      </w:r>
    </w:p>
    <w:p w14:paraId="68668D25" w14:textId="77777777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Lokalizacja</w:t>
      </w:r>
      <w:proofErr w:type="spellEnd"/>
      <w:r w:rsidRPr="00E6311C">
        <w:rPr>
          <w:rFonts w:ascii="Garamond" w:hAnsi="Garamond" w:cs="Arial"/>
          <w:sz w:val="22"/>
        </w:rPr>
        <w:t xml:space="preserve"> – w </w:t>
      </w:r>
      <w:proofErr w:type="spellStart"/>
      <w:r w:rsidRPr="00E6311C">
        <w:rPr>
          <w:rFonts w:ascii="Garamond" w:hAnsi="Garamond" w:cs="Arial"/>
          <w:sz w:val="22"/>
        </w:rPr>
        <w:t>granicach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administracyjnych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miasta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Milanówka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4141A2A0" w14:textId="77777777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Skomunikowanie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nieruchomość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położona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drodze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gminnej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powiatowej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wojewódzkiej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utwardzonej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nawierzchni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bitumiczna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betonowa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kostka</w:t>
      </w:r>
      <w:proofErr w:type="spellEnd"/>
      <w:r w:rsidRPr="00E6311C">
        <w:rPr>
          <w:rFonts w:ascii="Garamond" w:hAnsi="Garamond" w:cs="Arial"/>
          <w:sz w:val="22"/>
        </w:rPr>
        <w:t>).</w:t>
      </w:r>
    </w:p>
    <w:p w14:paraId="0E08BA55" w14:textId="77777777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Dostępność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sieci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światłowodowej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FE0F90F" w14:textId="29F17470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Miejsca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parkingowe</w:t>
      </w:r>
      <w:proofErr w:type="spellEnd"/>
      <w:r w:rsidRPr="00E6311C">
        <w:rPr>
          <w:rFonts w:ascii="Garamond" w:hAnsi="Garamond" w:cs="Arial"/>
          <w:sz w:val="22"/>
        </w:rPr>
        <w:t xml:space="preserve"> – minimum 15</w:t>
      </w:r>
      <w:r w:rsidR="0012088D">
        <w:rPr>
          <w:rFonts w:ascii="Garamond" w:hAnsi="Garamond" w:cs="Arial"/>
          <w:sz w:val="22"/>
        </w:rPr>
        <w:t xml:space="preserve"> (</w:t>
      </w:r>
      <w:proofErr w:type="spellStart"/>
      <w:r w:rsidR="0012088D">
        <w:rPr>
          <w:rFonts w:ascii="Garamond" w:hAnsi="Garamond" w:cs="Arial"/>
          <w:sz w:val="22"/>
        </w:rPr>
        <w:t>słownie</w:t>
      </w:r>
      <w:proofErr w:type="spellEnd"/>
      <w:r w:rsidR="0012088D">
        <w:rPr>
          <w:rFonts w:ascii="Garamond" w:hAnsi="Garamond" w:cs="Arial"/>
          <w:sz w:val="22"/>
        </w:rPr>
        <w:t xml:space="preserve">: </w:t>
      </w:r>
      <w:proofErr w:type="spellStart"/>
      <w:r w:rsidR="0012088D">
        <w:rPr>
          <w:rFonts w:ascii="Garamond" w:hAnsi="Garamond" w:cs="Arial"/>
          <w:sz w:val="22"/>
        </w:rPr>
        <w:t>piętnaście</w:t>
      </w:r>
      <w:proofErr w:type="spellEnd"/>
      <w:r w:rsidR="0012088D">
        <w:rPr>
          <w:rFonts w:ascii="Garamond" w:hAnsi="Garamond" w:cs="Arial"/>
          <w:sz w:val="22"/>
        </w:rPr>
        <w:t>)</w:t>
      </w:r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miejsc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wyłączność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Spółki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4BFBEC4" w14:textId="77777777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Możliwość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aranżacji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pomieszczeń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zgodnie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potrzebami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Spółki</w:t>
      </w:r>
      <w:proofErr w:type="spellEnd"/>
      <w:r w:rsidRPr="00E6311C">
        <w:rPr>
          <w:rFonts w:ascii="Garamond" w:hAnsi="Garamond" w:cs="Arial"/>
          <w:sz w:val="22"/>
        </w:rPr>
        <w:t xml:space="preserve">, w </w:t>
      </w:r>
      <w:proofErr w:type="spellStart"/>
      <w:r w:rsidRPr="00E6311C">
        <w:rPr>
          <w:rFonts w:ascii="Garamond" w:hAnsi="Garamond" w:cs="Arial"/>
          <w:sz w:val="22"/>
        </w:rPr>
        <w:t>tym</w:t>
      </w:r>
      <w:proofErr w:type="spellEnd"/>
      <w:r w:rsidRPr="00E6311C">
        <w:rPr>
          <w:rFonts w:ascii="Garamond" w:hAnsi="Garamond" w:cs="Arial"/>
          <w:sz w:val="22"/>
        </w:rPr>
        <w:t xml:space="preserve">: </w:t>
      </w:r>
      <w:proofErr w:type="spellStart"/>
      <w:r w:rsidRPr="00E6311C">
        <w:rPr>
          <w:rFonts w:ascii="Garamond" w:hAnsi="Garamond" w:cs="Arial"/>
          <w:sz w:val="22"/>
        </w:rPr>
        <w:t>wstawianie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ścianek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działowych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technologii</w:t>
      </w:r>
      <w:proofErr w:type="spellEnd"/>
      <w:r w:rsidRPr="00E6311C">
        <w:rPr>
          <w:rFonts w:ascii="Garamond" w:hAnsi="Garamond" w:cs="Arial"/>
          <w:sz w:val="22"/>
        </w:rPr>
        <w:t xml:space="preserve"> GK, </w:t>
      </w:r>
      <w:proofErr w:type="spellStart"/>
      <w:r w:rsidRPr="00E6311C">
        <w:rPr>
          <w:rFonts w:ascii="Garamond" w:hAnsi="Garamond" w:cs="Arial"/>
          <w:sz w:val="22"/>
        </w:rPr>
        <w:t>prowadzenie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instalacji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elektrycznej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telefonicznej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internetowej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wstawianie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drzwi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wewnętrznych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wymiana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posadzki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wykonanie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wewnętrznej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instalacji</w:t>
      </w:r>
      <w:proofErr w:type="spellEnd"/>
      <w:r w:rsidRPr="00E6311C">
        <w:rPr>
          <w:rFonts w:ascii="Garamond" w:hAnsi="Garamond" w:cs="Arial"/>
          <w:sz w:val="22"/>
        </w:rPr>
        <w:t xml:space="preserve"> c.o., </w:t>
      </w:r>
      <w:proofErr w:type="spellStart"/>
      <w:r w:rsidRPr="00E6311C">
        <w:rPr>
          <w:rFonts w:ascii="Garamond" w:hAnsi="Garamond" w:cs="Arial"/>
          <w:sz w:val="22"/>
        </w:rPr>
        <w:t>wod</w:t>
      </w:r>
      <w:proofErr w:type="spellEnd"/>
      <w:r w:rsidRPr="00E6311C">
        <w:rPr>
          <w:rFonts w:ascii="Garamond" w:hAnsi="Garamond" w:cs="Arial"/>
          <w:sz w:val="22"/>
        </w:rPr>
        <w:t>.-</w:t>
      </w:r>
      <w:proofErr w:type="spellStart"/>
      <w:r w:rsidRPr="00E6311C">
        <w:rPr>
          <w:rFonts w:ascii="Garamond" w:hAnsi="Garamond" w:cs="Arial"/>
          <w:sz w:val="22"/>
        </w:rPr>
        <w:t>kan.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kontroli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dostępu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monitoringu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wizyjnego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B064B07" w14:textId="3ABE0C60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Kondygnacja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pomieszczenia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parterze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ewentualnie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parterze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pierwszym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piętrze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z </w:t>
      </w:r>
      <w:proofErr w:type="spellStart"/>
      <w:r w:rsidRPr="00E6311C">
        <w:rPr>
          <w:rFonts w:ascii="Garamond" w:hAnsi="Garamond" w:cs="Arial"/>
          <w:sz w:val="22"/>
        </w:rPr>
        <w:t>zapewnieniem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dostępności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dla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osób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niepełnosprawnościami</w:t>
      </w:r>
      <w:proofErr w:type="spellEnd"/>
      <w:r w:rsidRPr="00E6311C">
        <w:rPr>
          <w:rFonts w:ascii="Garamond" w:hAnsi="Garamond" w:cs="Arial"/>
          <w:sz w:val="22"/>
        </w:rPr>
        <w:t xml:space="preserve"> (co </w:t>
      </w:r>
      <w:proofErr w:type="spellStart"/>
      <w:r w:rsidRPr="00E6311C">
        <w:rPr>
          <w:rFonts w:ascii="Garamond" w:hAnsi="Garamond" w:cs="Arial"/>
          <w:sz w:val="22"/>
        </w:rPr>
        <w:t>najmniej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Działu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Obsługi</w:t>
      </w:r>
      <w:proofErr w:type="spellEnd"/>
      <w:r w:rsidRPr="00E6311C">
        <w:rPr>
          <w:rFonts w:ascii="Garamond" w:hAnsi="Garamond" w:cs="Arial"/>
          <w:sz w:val="22"/>
        </w:rPr>
        <w:t xml:space="preserve"> Klienta</w:t>
      </w:r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planowanego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parterze</w:t>
      </w:r>
      <w:proofErr w:type="spellEnd"/>
      <w:r w:rsidRPr="00E6311C">
        <w:rPr>
          <w:rFonts w:ascii="Garamond" w:hAnsi="Garamond" w:cs="Arial"/>
          <w:sz w:val="22"/>
        </w:rPr>
        <w:t>).</w:t>
      </w:r>
    </w:p>
    <w:p w14:paraId="368139F7" w14:textId="198A007C" w:rsidR="000A6E68" w:rsidRPr="00E6311C" w:rsidRDefault="00BF795F" w:rsidP="000C3546">
      <w:pPr>
        <w:numPr>
          <w:ilvl w:val="0"/>
          <w:numId w:val="12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Infrastruktura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budynkowa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budynek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wyposażony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sprawne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układy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klimatyzacji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instalacje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elektryczne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ciepłownicze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wodno-kanalizacyjne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okablowanie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teleinformatyczne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oraz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systemy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przeciwpożarowe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spełniający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wymagania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przepisów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p.poż</w:t>
      </w:r>
      <w:proofErr w:type="spellEnd"/>
      <w:r w:rsidRPr="00E6311C">
        <w:rPr>
          <w:rFonts w:ascii="Garamond" w:hAnsi="Garamond" w:cs="Arial"/>
          <w:sz w:val="22"/>
        </w:rPr>
        <w:t xml:space="preserve">.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BHP </w:t>
      </w:r>
      <w:proofErr w:type="spellStart"/>
      <w:r w:rsidRPr="00E6311C">
        <w:rPr>
          <w:rFonts w:ascii="Garamond" w:hAnsi="Garamond" w:cs="Arial"/>
          <w:sz w:val="22"/>
        </w:rPr>
        <w:t>dla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pomieszczeń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biurowych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16997906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7" w:name="podstawowe-wymogi-dla-pomieszczeń"/>
      <w:bookmarkEnd w:id="6"/>
      <w:r w:rsidRPr="00E6311C">
        <w:rPr>
          <w:rFonts w:ascii="Garamond" w:hAnsi="Garamond" w:cs="Arial"/>
          <w:b w:val="0"/>
          <w:bCs w:val="0"/>
          <w:sz w:val="22"/>
        </w:rPr>
        <w:t xml:space="preserve">5.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Podstawowe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wymogi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dla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pomieszczeń</w:t>
      </w:r>
      <w:proofErr w:type="spellEnd"/>
    </w:p>
    <w:p w14:paraId="18C488D0" w14:textId="77777777" w:rsidR="000A6E68" w:rsidRPr="00E6311C" w:rsidRDefault="00BF795F" w:rsidP="000C3546">
      <w:pPr>
        <w:numPr>
          <w:ilvl w:val="0"/>
          <w:numId w:val="1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Liczba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powierzchnia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wyposażenie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pomieszczeń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muszą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spełniać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wymogi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obowiązujących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przepisów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oraz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Polskich</w:t>
      </w:r>
      <w:proofErr w:type="spellEnd"/>
      <w:r w:rsidRPr="00E6311C">
        <w:rPr>
          <w:rFonts w:ascii="Garamond" w:hAnsi="Garamond" w:cs="Arial"/>
          <w:sz w:val="22"/>
        </w:rPr>
        <w:t xml:space="preserve"> Norm.</w:t>
      </w:r>
    </w:p>
    <w:p w14:paraId="46C15ECA" w14:textId="623AB139" w:rsidR="000A6E68" w:rsidRPr="00E6311C" w:rsidRDefault="00BF795F" w:rsidP="000C3546">
      <w:pPr>
        <w:numPr>
          <w:ilvl w:val="0"/>
          <w:numId w:val="1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Minimalna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jednego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pracownika</w:t>
      </w:r>
      <w:proofErr w:type="spellEnd"/>
      <w:r w:rsidRPr="00E6311C">
        <w:rPr>
          <w:rFonts w:ascii="Garamond" w:hAnsi="Garamond" w:cs="Arial"/>
          <w:sz w:val="22"/>
        </w:rPr>
        <w:t>:</w:t>
      </w:r>
      <w:r w:rsidR="00FA4F35">
        <w:rPr>
          <w:rFonts w:ascii="Garamond" w:hAnsi="Garamond" w:cs="Arial"/>
          <w:sz w:val="22"/>
        </w:rPr>
        <w:t xml:space="preserve"> </w:t>
      </w:r>
      <w:proofErr w:type="spellStart"/>
      <w:r w:rsidR="00FA4F35">
        <w:rPr>
          <w:rFonts w:ascii="Garamond" w:hAnsi="Garamond" w:cs="Arial"/>
          <w:sz w:val="22"/>
        </w:rPr>
        <w:t>zgodnie</w:t>
      </w:r>
      <w:proofErr w:type="spellEnd"/>
      <w:r w:rsidR="00FA4F35">
        <w:rPr>
          <w:rFonts w:ascii="Garamond" w:hAnsi="Garamond" w:cs="Arial"/>
          <w:sz w:val="22"/>
        </w:rPr>
        <w:t xml:space="preserve"> z </w:t>
      </w:r>
      <w:proofErr w:type="spellStart"/>
      <w:r w:rsidR="00FA4F35" w:rsidRPr="00FA4F35">
        <w:rPr>
          <w:rFonts w:ascii="Garamond" w:hAnsi="Garamond" w:cs="Arial"/>
          <w:sz w:val="22"/>
        </w:rPr>
        <w:t>Rozporządzeniem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Ministra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Pracy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proofErr w:type="spellStart"/>
      <w:r w:rsidR="00FA4F35" w:rsidRPr="00FA4F35">
        <w:rPr>
          <w:rFonts w:ascii="Garamond" w:hAnsi="Garamond" w:cs="Arial"/>
          <w:sz w:val="22"/>
        </w:rPr>
        <w:t>i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Polityki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Socjalnej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z </w:t>
      </w:r>
      <w:proofErr w:type="spellStart"/>
      <w:r w:rsidR="00FA4F35" w:rsidRPr="00FA4F35">
        <w:rPr>
          <w:rFonts w:ascii="Garamond" w:hAnsi="Garamond" w:cs="Arial"/>
          <w:sz w:val="22"/>
        </w:rPr>
        <w:t>dnia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26 </w:t>
      </w:r>
      <w:proofErr w:type="spellStart"/>
      <w:r w:rsidR="00FA4F35" w:rsidRPr="00FA4F35">
        <w:rPr>
          <w:rFonts w:ascii="Garamond" w:hAnsi="Garamond" w:cs="Arial"/>
          <w:sz w:val="22"/>
        </w:rPr>
        <w:t>września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1997 </w:t>
      </w:r>
      <w:proofErr w:type="spellStart"/>
      <w:r w:rsidR="00FA4F35" w:rsidRPr="00FA4F35">
        <w:rPr>
          <w:rFonts w:ascii="Garamond" w:hAnsi="Garamond" w:cs="Arial"/>
          <w:sz w:val="22"/>
        </w:rPr>
        <w:t>roku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w </w:t>
      </w:r>
      <w:proofErr w:type="spellStart"/>
      <w:r w:rsidR="00FA4F35" w:rsidRPr="00FA4F35">
        <w:rPr>
          <w:rFonts w:ascii="Garamond" w:hAnsi="Garamond" w:cs="Arial"/>
          <w:sz w:val="22"/>
        </w:rPr>
        <w:t>sprawie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ogólnych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przepisów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bezpieczeństwa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i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higieny</w:t>
      </w:r>
      <w:proofErr w:type="spellEnd"/>
      <w:r w:rsidR="00FA4F35" w:rsidRPr="00FA4F35">
        <w:rPr>
          <w:rFonts w:ascii="Garamond" w:hAnsi="Garamond" w:cs="Arial"/>
          <w:sz w:val="22"/>
        </w:rPr>
        <w:t xml:space="preserve"> </w:t>
      </w:r>
      <w:proofErr w:type="spellStart"/>
      <w:r w:rsidR="00FA4F35" w:rsidRPr="00FA4F35">
        <w:rPr>
          <w:rFonts w:ascii="Garamond" w:hAnsi="Garamond" w:cs="Arial"/>
          <w:sz w:val="22"/>
        </w:rPr>
        <w:t>pracy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4AED511" w14:textId="122AABBF" w:rsidR="000A6E68" w:rsidRPr="00E6311C" w:rsidRDefault="00BF795F" w:rsidP="000C3546">
      <w:pPr>
        <w:numPr>
          <w:ilvl w:val="0"/>
          <w:numId w:val="1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Materiały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wyposażenie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wysokiej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jakości</w:t>
      </w:r>
      <w:proofErr w:type="spellEnd"/>
      <w:r w:rsidRPr="00E6311C">
        <w:rPr>
          <w:rFonts w:ascii="Garamond" w:hAnsi="Garamond" w:cs="Arial"/>
          <w:sz w:val="22"/>
        </w:rPr>
        <w:t xml:space="preserve"> – pod </w:t>
      </w:r>
      <w:proofErr w:type="spellStart"/>
      <w:r w:rsidRPr="00E6311C">
        <w:rPr>
          <w:rFonts w:ascii="Garamond" w:hAnsi="Garamond" w:cs="Arial"/>
          <w:sz w:val="22"/>
        </w:rPr>
        <w:t>względem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wytrzymałości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estetyki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funkcjonalności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230BF12" w14:textId="77777777" w:rsidR="000A6E68" w:rsidRPr="00E6311C" w:rsidRDefault="00BF795F" w:rsidP="000C3546">
      <w:pPr>
        <w:pStyle w:val="Nagwek3"/>
        <w:spacing w:line="240" w:lineRule="auto"/>
        <w:jc w:val="both"/>
        <w:rPr>
          <w:rFonts w:ascii="Garamond" w:hAnsi="Garamond" w:cs="Arial"/>
          <w:b w:val="0"/>
          <w:bCs w:val="0"/>
          <w:sz w:val="22"/>
        </w:rPr>
      </w:pPr>
      <w:bookmarkStart w:id="8" w:name="X97411f0fd4be53ca971eb775d48a96a2a4f7a0f"/>
      <w:bookmarkEnd w:id="7"/>
      <w:r w:rsidRPr="00E6311C">
        <w:rPr>
          <w:rFonts w:ascii="Garamond" w:hAnsi="Garamond" w:cs="Arial"/>
          <w:b w:val="0"/>
          <w:bCs w:val="0"/>
          <w:sz w:val="22"/>
        </w:rPr>
        <w:t xml:space="preserve">6.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Wymagania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dotyczące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instalacji</w:t>
      </w:r>
      <w:proofErr w:type="spellEnd"/>
      <w:r w:rsidRPr="00E6311C">
        <w:rPr>
          <w:rFonts w:ascii="Garamond" w:hAnsi="Garamond" w:cs="Arial"/>
          <w:b w:val="0"/>
          <w:bCs w:val="0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b w:val="0"/>
          <w:bCs w:val="0"/>
          <w:sz w:val="22"/>
        </w:rPr>
        <w:t>technicznych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317"/>
        <w:gridCol w:w="6512"/>
      </w:tblGrid>
      <w:tr w:rsidR="000A6E68" w:rsidRPr="00E6311C" w14:paraId="674F092F" w14:textId="77777777" w:rsidTr="000C3546">
        <w:trPr>
          <w:tblHeader/>
        </w:trPr>
        <w:tc>
          <w:tcPr>
            <w:tcW w:w="1312" w:type="pct"/>
          </w:tcPr>
          <w:p w14:paraId="331F03D6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Instalacja</w:t>
            </w:r>
            <w:proofErr w:type="spellEnd"/>
          </w:p>
        </w:tc>
        <w:tc>
          <w:tcPr>
            <w:tcW w:w="3688" w:type="pct"/>
          </w:tcPr>
          <w:p w14:paraId="47E2EA9B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Wymagania</w:t>
            </w:r>
            <w:proofErr w:type="spellEnd"/>
          </w:p>
        </w:tc>
      </w:tr>
      <w:tr w:rsidR="000A6E68" w:rsidRPr="00E6311C" w14:paraId="72C62743" w14:textId="77777777" w:rsidTr="000C3546">
        <w:tc>
          <w:tcPr>
            <w:tcW w:w="1312" w:type="pct"/>
          </w:tcPr>
          <w:p w14:paraId="5E2037D9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Woda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zimna</w:t>
            </w:r>
            <w:proofErr w:type="spellEnd"/>
          </w:p>
        </w:tc>
        <w:tc>
          <w:tcPr>
            <w:tcW w:w="3688" w:type="pct"/>
          </w:tcPr>
          <w:p w14:paraId="150B6FA1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Brak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szczególnych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wymagań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co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Opomiarowanie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(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jeśli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występuje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) za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pomocą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wodomierza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powierzchni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najmu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Jeżeli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przyłącza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korzysta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także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Wykonawca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–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zużycie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Zamawiającego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obliczane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różnicy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wskazań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wodomierzy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2148F6FB" w14:textId="77777777" w:rsidTr="000C3546">
        <w:tc>
          <w:tcPr>
            <w:tcW w:w="1312" w:type="pct"/>
          </w:tcPr>
          <w:p w14:paraId="36DD22E3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Woda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ciepła</w:t>
            </w:r>
            <w:proofErr w:type="spellEnd"/>
          </w:p>
        </w:tc>
        <w:tc>
          <w:tcPr>
            <w:tcW w:w="3688" w:type="pct"/>
          </w:tcPr>
          <w:p w14:paraId="5C902785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Brak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szczególnych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wymagań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co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Opomiarowanie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(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jeśli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występuje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) za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pomocą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wodomierza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powierzchni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najmu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6CBD35B8" w14:textId="77777777" w:rsidTr="000C3546">
        <w:tc>
          <w:tcPr>
            <w:tcW w:w="1312" w:type="pct"/>
          </w:tcPr>
          <w:p w14:paraId="0737B09C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lastRenderedPageBreak/>
              <w:t>Kanalizacja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sanitarna</w:t>
            </w:r>
            <w:proofErr w:type="spellEnd"/>
          </w:p>
        </w:tc>
        <w:tc>
          <w:tcPr>
            <w:tcW w:w="3688" w:type="pct"/>
          </w:tcPr>
          <w:p w14:paraId="7E7F17B3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Brak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szczególnych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wymagań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co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. W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przypadku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braku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podłączenia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kanalizacji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–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Wykonawca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podaje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w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ofercie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pojemność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szamba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dołącza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mapkę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lokalizacją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szamba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58B6D8CA" w14:textId="77777777" w:rsidTr="000C3546">
        <w:tc>
          <w:tcPr>
            <w:tcW w:w="1312" w:type="pct"/>
          </w:tcPr>
          <w:p w14:paraId="31C2D240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Wentylacja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mechaniczna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klimatyzacja</w:t>
            </w:r>
            <w:proofErr w:type="spellEnd"/>
          </w:p>
        </w:tc>
        <w:tc>
          <w:tcPr>
            <w:tcW w:w="3688" w:type="pct"/>
          </w:tcPr>
          <w:p w14:paraId="1A08A536" w14:textId="33F920CE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Wentylacja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pracująca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cicho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,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zapewniająca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odpowiednią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liczbę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wymian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powietrza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komfort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cieplny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poziomie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21°C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przy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temperaturze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zewnętrznej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±36°C.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Klimatyzacja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możliwością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regulacji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temperatury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r w:rsidR="00EA303F">
              <w:rPr>
                <w:rFonts w:ascii="Garamond" w:hAnsi="Garamond" w:cs="Arial"/>
                <w:sz w:val="22"/>
              </w:rPr>
              <w:br/>
            </w:r>
            <w:r w:rsidRPr="00E6311C">
              <w:rPr>
                <w:rFonts w:ascii="Garamond" w:hAnsi="Garamond" w:cs="Arial"/>
                <w:sz w:val="22"/>
              </w:rPr>
              <w:t xml:space="preserve">w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zakresie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18–28°C.</w:t>
            </w:r>
          </w:p>
        </w:tc>
      </w:tr>
      <w:tr w:rsidR="000A6E68" w:rsidRPr="00E6311C" w14:paraId="6BA5A5BA" w14:textId="77777777" w:rsidTr="000C3546">
        <w:tc>
          <w:tcPr>
            <w:tcW w:w="1312" w:type="pct"/>
          </w:tcPr>
          <w:p w14:paraId="79A7A4DB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Instalacja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gazowa</w:t>
            </w:r>
            <w:proofErr w:type="spellEnd"/>
          </w:p>
        </w:tc>
        <w:tc>
          <w:tcPr>
            <w:tcW w:w="3688" w:type="pct"/>
          </w:tcPr>
          <w:p w14:paraId="2F6C5FD8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Brak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szczególnych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wymagań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co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wykonania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Ogrzewanie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gazem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ziemnym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–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opomiarowanie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pomocą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podlicznika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4B08217D" w14:textId="77777777" w:rsidTr="000C3546">
        <w:tc>
          <w:tcPr>
            <w:tcW w:w="1312" w:type="pct"/>
          </w:tcPr>
          <w:p w14:paraId="4CD3BC9E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Instalacja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elektryczna</w:t>
            </w:r>
            <w:proofErr w:type="spellEnd"/>
          </w:p>
        </w:tc>
        <w:tc>
          <w:tcPr>
            <w:tcW w:w="3688" w:type="pct"/>
          </w:tcPr>
          <w:p w14:paraId="71F7D08A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Zasilanie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podstawowe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opomiarowaniem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pomocą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podlicznika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powierzchni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najmu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0DB3D900" w14:textId="77777777" w:rsidTr="000C3546">
        <w:tc>
          <w:tcPr>
            <w:tcW w:w="1312" w:type="pct"/>
          </w:tcPr>
          <w:p w14:paraId="11F98CDC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Oświetlenie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wewnętrzne</w:t>
            </w:r>
            <w:proofErr w:type="spellEnd"/>
          </w:p>
        </w:tc>
        <w:tc>
          <w:tcPr>
            <w:tcW w:w="3688" w:type="pct"/>
          </w:tcPr>
          <w:p w14:paraId="2D9D7C3C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Zgodne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normą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PN-EN 12464-1:2012;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natężenie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oświetlenia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dostosowane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do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funkcji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pomieszczeń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; minimum 500 lx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stanowisku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pracy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(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badanie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natężenia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po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ustawieniu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stanowisk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–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koszt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Wynajmującego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).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Załączanie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za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pomocą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lokalnych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łączników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instalacyjnych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(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podtynkowych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lub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natynkowych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).</w:t>
            </w:r>
          </w:p>
        </w:tc>
      </w:tr>
      <w:tr w:rsidR="000A6E68" w:rsidRPr="00E6311C" w14:paraId="138C88FE" w14:textId="77777777" w:rsidTr="000C3546">
        <w:tc>
          <w:tcPr>
            <w:tcW w:w="1312" w:type="pct"/>
          </w:tcPr>
          <w:p w14:paraId="47988840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Oświetlenie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awaryjne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ewakuacyjne</w:t>
            </w:r>
            <w:proofErr w:type="spellEnd"/>
          </w:p>
        </w:tc>
        <w:tc>
          <w:tcPr>
            <w:tcW w:w="3688" w:type="pct"/>
          </w:tcPr>
          <w:p w14:paraId="41AFE261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Czas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podtrzymania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minimum 1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godzina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>.</w:t>
            </w:r>
          </w:p>
        </w:tc>
      </w:tr>
      <w:tr w:rsidR="000A6E68" w:rsidRPr="00E6311C" w14:paraId="0D851D3C" w14:textId="77777777" w:rsidTr="000C3546">
        <w:tc>
          <w:tcPr>
            <w:tcW w:w="1312" w:type="pct"/>
          </w:tcPr>
          <w:p w14:paraId="11704561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System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kontroli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dostępu</w:t>
            </w:r>
            <w:proofErr w:type="spellEnd"/>
          </w:p>
        </w:tc>
        <w:tc>
          <w:tcPr>
            <w:tcW w:w="3688" w:type="pct"/>
          </w:tcPr>
          <w:p w14:paraId="1B224A32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Zamawiający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wyposaży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obiekt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we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własny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system.</w:t>
            </w:r>
          </w:p>
        </w:tc>
      </w:tr>
      <w:tr w:rsidR="000A6E68" w:rsidRPr="00E6311C" w14:paraId="1772D7C3" w14:textId="77777777" w:rsidTr="000C3546">
        <w:tc>
          <w:tcPr>
            <w:tcW w:w="1312" w:type="pct"/>
          </w:tcPr>
          <w:p w14:paraId="46BF3BB2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r w:rsidRPr="00E6311C">
              <w:rPr>
                <w:rFonts w:ascii="Garamond" w:hAnsi="Garamond" w:cs="Arial"/>
                <w:sz w:val="22"/>
              </w:rPr>
              <w:t xml:space="preserve">System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sygnalizacji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włamania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i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napadu</w:t>
            </w:r>
            <w:proofErr w:type="spellEnd"/>
          </w:p>
        </w:tc>
        <w:tc>
          <w:tcPr>
            <w:tcW w:w="3688" w:type="pct"/>
          </w:tcPr>
          <w:p w14:paraId="3161FEA5" w14:textId="77777777" w:rsidR="000A6E68" w:rsidRPr="00E6311C" w:rsidRDefault="00BF795F" w:rsidP="000C3546">
            <w:pPr>
              <w:spacing w:line="240" w:lineRule="auto"/>
              <w:jc w:val="both"/>
              <w:rPr>
                <w:rFonts w:ascii="Garamond" w:hAnsi="Garamond" w:cs="Arial"/>
                <w:sz w:val="22"/>
              </w:rPr>
            </w:pPr>
            <w:proofErr w:type="spellStart"/>
            <w:r w:rsidRPr="00E6311C">
              <w:rPr>
                <w:rFonts w:ascii="Garamond" w:hAnsi="Garamond" w:cs="Arial"/>
                <w:sz w:val="22"/>
              </w:rPr>
              <w:t>Zamawiający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wyposaży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obiekt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we </w:t>
            </w:r>
            <w:proofErr w:type="spellStart"/>
            <w:r w:rsidRPr="00E6311C">
              <w:rPr>
                <w:rFonts w:ascii="Garamond" w:hAnsi="Garamond" w:cs="Arial"/>
                <w:sz w:val="22"/>
              </w:rPr>
              <w:t>własny</w:t>
            </w:r>
            <w:proofErr w:type="spellEnd"/>
            <w:r w:rsidRPr="00E6311C">
              <w:rPr>
                <w:rFonts w:ascii="Garamond" w:hAnsi="Garamond" w:cs="Arial"/>
                <w:sz w:val="22"/>
              </w:rPr>
              <w:t xml:space="preserve"> system.</w:t>
            </w:r>
          </w:p>
        </w:tc>
      </w:tr>
    </w:tbl>
    <w:p w14:paraId="2BCC02D2" w14:textId="26622A81" w:rsidR="000A6E68" w:rsidRPr="00E6311C" w:rsidRDefault="000A6E68" w:rsidP="000C3546">
      <w:pPr>
        <w:spacing w:line="240" w:lineRule="auto"/>
        <w:jc w:val="both"/>
        <w:rPr>
          <w:rFonts w:ascii="Garamond" w:hAnsi="Garamond" w:cs="Arial"/>
          <w:sz w:val="22"/>
        </w:rPr>
      </w:pPr>
    </w:p>
    <w:p w14:paraId="4C9507DB" w14:textId="41D0B09F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9" w:name="iii.-termin-realizacji-zamówienia"/>
      <w:bookmarkEnd w:id="2"/>
      <w:bookmarkEnd w:id="8"/>
      <w:r w:rsidRPr="00E6311C">
        <w:rPr>
          <w:rFonts w:ascii="Garamond" w:hAnsi="Garamond" w:cs="Arial"/>
          <w:b w:val="0"/>
          <w:bCs w:val="0"/>
          <w:sz w:val="22"/>
          <w:szCs w:val="22"/>
        </w:rPr>
        <w:t>III. TERMIN REALIZACJI ZAMÓWIENIA</w:t>
      </w:r>
    </w:p>
    <w:p w14:paraId="0C5B4709" w14:textId="617CC319" w:rsidR="000A6E68" w:rsidRPr="00E6311C" w:rsidRDefault="00BF795F" w:rsidP="000C3546">
      <w:pPr>
        <w:numPr>
          <w:ilvl w:val="0"/>
          <w:numId w:val="14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Rozpoczęcie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realizacji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umowy</w:t>
      </w:r>
      <w:proofErr w:type="spellEnd"/>
      <w:r w:rsidR="000C3546" w:rsidRPr="00E6311C">
        <w:rPr>
          <w:rFonts w:ascii="Garamond" w:hAnsi="Garamond" w:cs="Arial"/>
          <w:sz w:val="22"/>
        </w:rPr>
        <w:t xml:space="preserve"> </w:t>
      </w:r>
      <w:proofErr w:type="spellStart"/>
      <w:r w:rsidR="000C3546" w:rsidRPr="00E6311C">
        <w:rPr>
          <w:rFonts w:ascii="Garamond" w:hAnsi="Garamond" w:cs="Arial"/>
          <w:sz w:val="22"/>
        </w:rPr>
        <w:t>najmu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później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niż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AE29D3">
        <w:rPr>
          <w:rFonts w:ascii="Garamond" w:hAnsi="Garamond" w:cs="Arial"/>
          <w:sz w:val="22"/>
        </w:rPr>
        <w:t>13.04.2026</w:t>
      </w:r>
      <w:r w:rsidRPr="00E6311C">
        <w:rPr>
          <w:rFonts w:ascii="Garamond" w:hAnsi="Garamond" w:cs="Arial"/>
          <w:sz w:val="22"/>
        </w:rPr>
        <w:t xml:space="preserve"> r.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ponosi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opłat</w:t>
      </w:r>
      <w:proofErr w:type="spellEnd"/>
      <w:r w:rsidRPr="00E6311C">
        <w:rPr>
          <w:rFonts w:ascii="Garamond" w:hAnsi="Garamond" w:cs="Arial"/>
          <w:sz w:val="22"/>
        </w:rPr>
        <w:t xml:space="preserve"> za </w:t>
      </w:r>
      <w:proofErr w:type="spellStart"/>
      <w:r w:rsidRPr="00E6311C">
        <w:rPr>
          <w:rFonts w:ascii="Garamond" w:hAnsi="Garamond" w:cs="Arial"/>
          <w:sz w:val="22"/>
        </w:rPr>
        <w:t>czas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realizacji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czynności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przygotowania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powierzchni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24C0DC05" w14:textId="28DA8791" w:rsidR="000A6E68" w:rsidRPr="00E6311C" w:rsidRDefault="00BF795F" w:rsidP="000C3546">
      <w:pPr>
        <w:numPr>
          <w:ilvl w:val="0"/>
          <w:numId w:val="14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Czas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trwania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umowy</w:t>
      </w:r>
      <w:proofErr w:type="spellEnd"/>
      <w:r w:rsidRPr="00E6311C">
        <w:rPr>
          <w:rFonts w:ascii="Garamond" w:hAnsi="Garamond" w:cs="Arial"/>
          <w:sz w:val="22"/>
        </w:rPr>
        <w:t xml:space="preserve"> – do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AE29D3">
        <w:rPr>
          <w:rFonts w:ascii="Garamond" w:hAnsi="Garamond" w:cs="Arial"/>
          <w:sz w:val="22"/>
        </w:rPr>
        <w:t>13.04.2029</w:t>
      </w:r>
      <w:r w:rsidRPr="00E6311C">
        <w:rPr>
          <w:rFonts w:ascii="Garamond" w:hAnsi="Garamond" w:cs="Arial"/>
          <w:sz w:val="22"/>
        </w:rPr>
        <w:t xml:space="preserve"> r. (36 </w:t>
      </w:r>
      <w:proofErr w:type="spellStart"/>
      <w:r w:rsidRPr="00E6311C">
        <w:rPr>
          <w:rFonts w:ascii="Garamond" w:hAnsi="Garamond" w:cs="Arial"/>
          <w:sz w:val="22"/>
        </w:rPr>
        <w:t>miesięcy</w:t>
      </w:r>
      <w:proofErr w:type="spellEnd"/>
      <w:r w:rsidRPr="00E6311C">
        <w:rPr>
          <w:rFonts w:ascii="Garamond" w:hAnsi="Garamond" w:cs="Arial"/>
          <w:sz w:val="22"/>
        </w:rPr>
        <w:t>).</w:t>
      </w:r>
    </w:p>
    <w:p w14:paraId="50B4889B" w14:textId="1FCCC41A" w:rsidR="000A6E68" w:rsidRPr="00E6311C" w:rsidRDefault="00BF795F" w:rsidP="000C3546">
      <w:pPr>
        <w:numPr>
          <w:ilvl w:val="0"/>
          <w:numId w:val="14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Przed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rozpoczęciem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negocjacji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warunków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umowy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Wykonawca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Wynajmujący</w:t>
      </w:r>
      <w:proofErr w:type="spellEnd"/>
      <w:r w:rsidRPr="00E6311C">
        <w:rPr>
          <w:rFonts w:ascii="Garamond" w:hAnsi="Garamond" w:cs="Arial"/>
          <w:sz w:val="22"/>
        </w:rPr>
        <w:t xml:space="preserve">) </w:t>
      </w:r>
      <w:proofErr w:type="spellStart"/>
      <w:r w:rsidRPr="00E6311C">
        <w:rPr>
          <w:rFonts w:ascii="Garamond" w:hAnsi="Garamond" w:cs="Arial"/>
          <w:sz w:val="22"/>
        </w:rPr>
        <w:t>przedstawi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Zamawiającemu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wypis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ksiąg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wieczystych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potwierdzający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tytuł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0C3546" w:rsidRPr="00E6311C">
        <w:rPr>
          <w:rFonts w:ascii="Garamond" w:hAnsi="Garamond" w:cs="Arial"/>
          <w:sz w:val="22"/>
        </w:rPr>
        <w:t>prawny</w:t>
      </w:r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oferowanej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nieruchomości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8E985E4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0" w:name="iv.-istotne-warunki-zamówienia"/>
      <w:bookmarkEnd w:id="9"/>
      <w:r w:rsidRPr="00E6311C">
        <w:rPr>
          <w:rFonts w:ascii="Garamond" w:hAnsi="Garamond" w:cs="Arial"/>
          <w:b w:val="0"/>
          <w:bCs w:val="0"/>
          <w:sz w:val="22"/>
          <w:szCs w:val="22"/>
        </w:rPr>
        <w:t>IV. ISTOTNE WARUNKI ZAMÓWIENIA</w:t>
      </w:r>
    </w:p>
    <w:p w14:paraId="71C23EA9" w14:textId="77777777" w:rsidR="000A6E68" w:rsidRPr="00E6311C" w:rsidRDefault="00BF795F" w:rsidP="000C3546">
      <w:pPr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Wszelkie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rozliczenia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dokonywane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wyłącznie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złotych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polskich</w:t>
      </w:r>
      <w:proofErr w:type="spellEnd"/>
      <w:r w:rsidRPr="00E6311C">
        <w:rPr>
          <w:rFonts w:ascii="Garamond" w:hAnsi="Garamond" w:cs="Arial"/>
          <w:sz w:val="22"/>
        </w:rPr>
        <w:t xml:space="preserve"> (PLN); </w:t>
      </w:r>
      <w:proofErr w:type="spellStart"/>
      <w:r w:rsidRPr="00E6311C">
        <w:rPr>
          <w:rFonts w:ascii="Garamond" w:hAnsi="Garamond" w:cs="Arial"/>
          <w:sz w:val="22"/>
        </w:rPr>
        <w:t>ceny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mogą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stanowić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przelicznika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wartości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waluty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obcej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43EADA7F" w14:textId="77777777" w:rsidR="000A6E68" w:rsidRPr="00E6311C" w:rsidRDefault="00BF795F" w:rsidP="000C3546">
      <w:pPr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Brak po </w:t>
      </w:r>
      <w:proofErr w:type="spellStart"/>
      <w:r w:rsidRPr="00E6311C">
        <w:rPr>
          <w:rFonts w:ascii="Garamond" w:hAnsi="Garamond" w:cs="Arial"/>
          <w:sz w:val="22"/>
        </w:rPr>
        <w:t>stronie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obowiązku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wniesienia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kaucji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gwarancji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poręczeń</w:t>
      </w:r>
      <w:proofErr w:type="spellEnd"/>
      <w:r w:rsidRPr="00E6311C">
        <w:rPr>
          <w:rFonts w:ascii="Garamond" w:hAnsi="Garamond" w:cs="Arial"/>
          <w:sz w:val="22"/>
        </w:rPr>
        <w:t xml:space="preserve"> ani </w:t>
      </w:r>
      <w:proofErr w:type="spellStart"/>
      <w:r w:rsidRPr="00E6311C">
        <w:rPr>
          <w:rFonts w:ascii="Garamond" w:hAnsi="Garamond" w:cs="Arial"/>
          <w:sz w:val="22"/>
        </w:rPr>
        <w:t>innego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typu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zabezpieczeń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23CD12C7" w14:textId="77777777" w:rsidR="000A6E68" w:rsidRPr="00E6311C" w:rsidRDefault="00BF795F" w:rsidP="000C3546">
      <w:pPr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Zakaz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cesji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wierzytelności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wynikających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umowy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rzecz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podmiotów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trzecich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0D563191" w14:textId="77777777" w:rsidR="000A6E68" w:rsidRPr="00E6311C" w:rsidRDefault="00BF795F" w:rsidP="000C3546">
      <w:pPr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O </w:t>
      </w:r>
      <w:proofErr w:type="spellStart"/>
      <w:r w:rsidRPr="00E6311C">
        <w:rPr>
          <w:rFonts w:ascii="Garamond" w:hAnsi="Garamond" w:cs="Arial"/>
          <w:sz w:val="22"/>
        </w:rPr>
        <w:t>ile</w:t>
      </w:r>
      <w:proofErr w:type="spellEnd"/>
      <w:r w:rsidRPr="00E6311C">
        <w:rPr>
          <w:rFonts w:ascii="Garamond" w:hAnsi="Garamond" w:cs="Arial"/>
          <w:sz w:val="22"/>
        </w:rPr>
        <w:t xml:space="preserve"> to </w:t>
      </w:r>
      <w:proofErr w:type="spellStart"/>
      <w:r w:rsidRPr="00E6311C">
        <w:rPr>
          <w:rFonts w:ascii="Garamond" w:hAnsi="Garamond" w:cs="Arial"/>
          <w:sz w:val="22"/>
        </w:rPr>
        <w:t>możliwe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stanowiska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zorganizowane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jednej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co </w:t>
      </w:r>
      <w:proofErr w:type="spellStart"/>
      <w:r w:rsidRPr="00E6311C">
        <w:rPr>
          <w:rFonts w:ascii="Garamond" w:hAnsi="Garamond" w:cs="Arial"/>
          <w:sz w:val="22"/>
        </w:rPr>
        <w:t>najwyżej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dwóch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sąsiadujących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kondygnacjach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wyraźnie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wyodrębnionych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pozostałych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części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budynku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lastRenderedPageBreak/>
        <w:t>ramach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odrębnego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budynku</w:t>
      </w:r>
      <w:proofErr w:type="spellEnd"/>
      <w:r w:rsidRPr="00E6311C">
        <w:rPr>
          <w:rFonts w:ascii="Garamond" w:hAnsi="Garamond" w:cs="Arial"/>
          <w:sz w:val="22"/>
        </w:rPr>
        <w:t xml:space="preserve">, z </w:t>
      </w:r>
      <w:proofErr w:type="spellStart"/>
      <w:r w:rsidRPr="00E6311C">
        <w:rPr>
          <w:rFonts w:ascii="Garamond" w:hAnsi="Garamond" w:cs="Arial"/>
          <w:sz w:val="22"/>
        </w:rPr>
        <w:t>możliwością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zamknięcia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zabezpieczenia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dostępem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osób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postronnych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B12EC3D" w14:textId="2B9C71C1" w:rsidR="000A6E68" w:rsidRPr="00E6311C" w:rsidRDefault="00BF795F" w:rsidP="000C3546">
      <w:pPr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Powierzchnia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musi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spełniać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wymogi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powszechnie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obowiązującego</w:t>
      </w:r>
      <w:proofErr w:type="spellEnd"/>
      <w:r w:rsidRPr="00E6311C">
        <w:rPr>
          <w:rFonts w:ascii="Garamond" w:hAnsi="Garamond" w:cs="Arial"/>
          <w:sz w:val="22"/>
        </w:rPr>
        <w:t xml:space="preserve">, w </w:t>
      </w:r>
      <w:proofErr w:type="spellStart"/>
      <w:r w:rsidRPr="00E6311C">
        <w:rPr>
          <w:rFonts w:ascii="Garamond" w:hAnsi="Garamond" w:cs="Arial"/>
          <w:sz w:val="22"/>
        </w:rPr>
        <w:t>szczególności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budowlanego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przepisów</w:t>
      </w:r>
      <w:proofErr w:type="spellEnd"/>
      <w:r w:rsidRPr="00E6311C">
        <w:rPr>
          <w:rFonts w:ascii="Garamond" w:hAnsi="Garamond" w:cs="Arial"/>
          <w:sz w:val="22"/>
        </w:rPr>
        <w:t xml:space="preserve"> BHP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przepisów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przeciwpożarowych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FFDBDE5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1" w:name="v.-warunki-udziału-w-postępowaniu"/>
      <w:bookmarkEnd w:id="10"/>
      <w:r w:rsidRPr="00E6311C">
        <w:rPr>
          <w:rFonts w:ascii="Garamond" w:hAnsi="Garamond" w:cs="Arial"/>
          <w:b w:val="0"/>
          <w:bCs w:val="0"/>
          <w:sz w:val="22"/>
          <w:szCs w:val="22"/>
        </w:rPr>
        <w:t>V. WARUNKI UDZIAŁU W POSTĘPOWANIU</w:t>
      </w:r>
    </w:p>
    <w:p w14:paraId="246ADCF3" w14:textId="77777777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stawia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szczególnych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warunków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udziału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postępowaniu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2AB1930" w14:textId="77777777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Podstawy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wykluczenia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podstawie</w:t>
      </w:r>
      <w:proofErr w:type="spellEnd"/>
      <w:r w:rsidRPr="00E6311C">
        <w:rPr>
          <w:rFonts w:ascii="Garamond" w:hAnsi="Garamond" w:cs="Arial"/>
          <w:sz w:val="22"/>
        </w:rPr>
        <w:t xml:space="preserve"> art. 7 </w:t>
      </w:r>
      <w:proofErr w:type="spellStart"/>
      <w:r w:rsidRPr="00E6311C">
        <w:rPr>
          <w:rFonts w:ascii="Garamond" w:hAnsi="Garamond" w:cs="Arial"/>
          <w:sz w:val="22"/>
        </w:rPr>
        <w:t>ust</w:t>
      </w:r>
      <w:proofErr w:type="spellEnd"/>
      <w:r w:rsidRPr="00E6311C">
        <w:rPr>
          <w:rFonts w:ascii="Garamond" w:hAnsi="Garamond" w:cs="Arial"/>
          <w:sz w:val="22"/>
        </w:rPr>
        <w:t xml:space="preserve">. 1–2 w </w:t>
      </w:r>
      <w:proofErr w:type="spellStart"/>
      <w:r w:rsidRPr="00E6311C">
        <w:rPr>
          <w:rFonts w:ascii="Garamond" w:hAnsi="Garamond" w:cs="Arial"/>
          <w:sz w:val="22"/>
        </w:rPr>
        <w:t>zw</w:t>
      </w:r>
      <w:proofErr w:type="spellEnd"/>
      <w:r w:rsidRPr="00E6311C">
        <w:rPr>
          <w:rFonts w:ascii="Garamond" w:hAnsi="Garamond" w:cs="Arial"/>
          <w:sz w:val="22"/>
        </w:rPr>
        <w:t xml:space="preserve">. z art. 7 </w:t>
      </w:r>
      <w:proofErr w:type="spellStart"/>
      <w:r w:rsidRPr="00E6311C">
        <w:rPr>
          <w:rFonts w:ascii="Garamond" w:hAnsi="Garamond" w:cs="Arial"/>
          <w:sz w:val="22"/>
        </w:rPr>
        <w:t>ust</w:t>
      </w:r>
      <w:proofErr w:type="spellEnd"/>
      <w:r w:rsidRPr="00E6311C">
        <w:rPr>
          <w:rFonts w:ascii="Garamond" w:hAnsi="Garamond" w:cs="Arial"/>
          <w:sz w:val="22"/>
        </w:rPr>
        <w:t xml:space="preserve">. 9 </w:t>
      </w:r>
      <w:proofErr w:type="spellStart"/>
      <w:r w:rsidRPr="00E6311C">
        <w:rPr>
          <w:rFonts w:ascii="Garamond" w:hAnsi="Garamond" w:cs="Arial"/>
          <w:sz w:val="22"/>
        </w:rPr>
        <w:t>ustawy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13 </w:t>
      </w:r>
      <w:proofErr w:type="spellStart"/>
      <w:r w:rsidRPr="00E6311C">
        <w:rPr>
          <w:rFonts w:ascii="Garamond" w:hAnsi="Garamond" w:cs="Arial"/>
          <w:sz w:val="22"/>
        </w:rPr>
        <w:t>kwietnia</w:t>
      </w:r>
      <w:proofErr w:type="spellEnd"/>
      <w:r w:rsidRPr="00E6311C">
        <w:rPr>
          <w:rFonts w:ascii="Garamond" w:hAnsi="Garamond" w:cs="Arial"/>
          <w:sz w:val="22"/>
        </w:rPr>
        <w:t xml:space="preserve"> 2022 r. o </w:t>
      </w:r>
      <w:proofErr w:type="spellStart"/>
      <w:r w:rsidRPr="00E6311C">
        <w:rPr>
          <w:rFonts w:ascii="Garamond" w:hAnsi="Garamond" w:cs="Arial"/>
          <w:sz w:val="22"/>
        </w:rPr>
        <w:t>szczególnych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rozwiązaniach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zakresie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przeciwdziałania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wspieraniu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agresji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Ukrainę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oraz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służących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ochronie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bezpieczeństwa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narodowego</w:t>
      </w:r>
      <w:proofErr w:type="spellEnd"/>
      <w:r w:rsidRPr="00E6311C">
        <w:rPr>
          <w:rFonts w:ascii="Garamond" w:hAnsi="Garamond" w:cs="Arial"/>
          <w:sz w:val="22"/>
        </w:rPr>
        <w:t xml:space="preserve"> (Dz. U. z 2023 r. </w:t>
      </w:r>
      <w:proofErr w:type="spellStart"/>
      <w:r w:rsidRPr="00E6311C">
        <w:rPr>
          <w:rFonts w:ascii="Garamond" w:hAnsi="Garamond" w:cs="Arial"/>
          <w:sz w:val="22"/>
        </w:rPr>
        <w:t>poz</w:t>
      </w:r>
      <w:proofErr w:type="spellEnd"/>
      <w:r w:rsidRPr="00E6311C">
        <w:rPr>
          <w:rFonts w:ascii="Garamond" w:hAnsi="Garamond" w:cs="Arial"/>
          <w:sz w:val="22"/>
        </w:rPr>
        <w:t xml:space="preserve">. 1497 ze </w:t>
      </w:r>
      <w:proofErr w:type="spellStart"/>
      <w:r w:rsidRPr="00E6311C">
        <w:rPr>
          <w:rFonts w:ascii="Garamond" w:hAnsi="Garamond" w:cs="Arial"/>
          <w:sz w:val="22"/>
        </w:rPr>
        <w:t>zm</w:t>
      </w:r>
      <w:proofErr w:type="spellEnd"/>
      <w:r w:rsidRPr="00E6311C">
        <w:rPr>
          <w:rFonts w:ascii="Garamond" w:hAnsi="Garamond" w:cs="Arial"/>
          <w:sz w:val="22"/>
        </w:rPr>
        <w:t xml:space="preserve">.), </w:t>
      </w:r>
      <w:proofErr w:type="spellStart"/>
      <w:r w:rsidRPr="00E6311C">
        <w:rPr>
          <w:rFonts w:ascii="Garamond" w:hAnsi="Garamond" w:cs="Arial"/>
          <w:sz w:val="22"/>
        </w:rPr>
        <w:t>dalej</w:t>
      </w:r>
      <w:proofErr w:type="spellEnd"/>
      <w:r w:rsidRPr="00E6311C">
        <w:rPr>
          <w:rFonts w:ascii="Garamond" w:hAnsi="Garamond" w:cs="Arial"/>
          <w:sz w:val="22"/>
        </w:rPr>
        <w:t>: „</w:t>
      </w:r>
      <w:proofErr w:type="spellStart"/>
      <w:r w:rsidRPr="00E6311C">
        <w:rPr>
          <w:rFonts w:ascii="Garamond" w:hAnsi="Garamond" w:cs="Arial"/>
          <w:sz w:val="22"/>
        </w:rPr>
        <w:t>ustawa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przeciwdziałaniu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agresji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Ukrainę</w:t>
      </w:r>
      <w:proofErr w:type="spellEnd"/>
      <w:r w:rsidRPr="00E6311C">
        <w:rPr>
          <w:rFonts w:ascii="Garamond" w:hAnsi="Garamond" w:cs="Arial"/>
          <w:sz w:val="22"/>
        </w:rPr>
        <w:t xml:space="preserve">”,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wyklucza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postępowania</w:t>
      </w:r>
      <w:proofErr w:type="spellEnd"/>
      <w:r w:rsidRPr="00E6311C">
        <w:rPr>
          <w:rFonts w:ascii="Garamond" w:hAnsi="Garamond" w:cs="Arial"/>
          <w:sz w:val="22"/>
        </w:rPr>
        <w:t>:</w:t>
      </w:r>
    </w:p>
    <w:p w14:paraId="68F22824" w14:textId="63C1E67E" w:rsidR="000A6E68" w:rsidRPr="00E6311C" w:rsidRDefault="00BF795F" w:rsidP="000C3546">
      <w:pPr>
        <w:numPr>
          <w:ilvl w:val="1"/>
          <w:numId w:val="17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wymienionego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wykazach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określonych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rozporządzeniu</w:t>
      </w:r>
      <w:proofErr w:type="spellEnd"/>
      <w:r w:rsidRPr="00E6311C">
        <w:rPr>
          <w:rFonts w:ascii="Garamond" w:hAnsi="Garamond" w:cs="Arial"/>
          <w:sz w:val="22"/>
        </w:rPr>
        <w:t xml:space="preserve"> Rady (WE) nr 765/2006 z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18 maja 2006 r. </w:t>
      </w:r>
      <w:proofErr w:type="spellStart"/>
      <w:r w:rsidRPr="00E6311C">
        <w:rPr>
          <w:rFonts w:ascii="Garamond" w:hAnsi="Garamond" w:cs="Arial"/>
          <w:sz w:val="22"/>
        </w:rPr>
        <w:t>dotyczącym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środków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ograniczających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związku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z </w:t>
      </w:r>
      <w:proofErr w:type="spellStart"/>
      <w:r w:rsidRPr="00E6311C">
        <w:rPr>
          <w:rFonts w:ascii="Garamond" w:hAnsi="Garamond" w:cs="Arial"/>
          <w:sz w:val="22"/>
        </w:rPr>
        <w:t>sytuacją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Białorusi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udziałem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Białorusi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agresji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wobec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Ukrainy</w:t>
      </w:r>
      <w:proofErr w:type="spellEnd"/>
      <w:r w:rsidRPr="00E6311C">
        <w:rPr>
          <w:rFonts w:ascii="Garamond" w:hAnsi="Garamond" w:cs="Arial"/>
          <w:sz w:val="22"/>
        </w:rPr>
        <w:t xml:space="preserve"> (Dz. </w:t>
      </w:r>
      <w:proofErr w:type="spellStart"/>
      <w:r w:rsidRPr="00E6311C">
        <w:rPr>
          <w:rFonts w:ascii="Garamond" w:hAnsi="Garamond" w:cs="Arial"/>
          <w:sz w:val="22"/>
        </w:rPr>
        <w:t>Urz</w:t>
      </w:r>
      <w:proofErr w:type="spellEnd"/>
      <w:r w:rsidRPr="00E6311C">
        <w:rPr>
          <w:rFonts w:ascii="Garamond" w:hAnsi="Garamond" w:cs="Arial"/>
          <w:sz w:val="22"/>
        </w:rPr>
        <w:t xml:space="preserve">. UE L 134 z 20.05.2006 r. ze </w:t>
      </w:r>
      <w:proofErr w:type="spellStart"/>
      <w:r w:rsidRPr="00E6311C">
        <w:rPr>
          <w:rFonts w:ascii="Garamond" w:hAnsi="Garamond" w:cs="Arial"/>
          <w:sz w:val="22"/>
        </w:rPr>
        <w:t>zm</w:t>
      </w:r>
      <w:proofErr w:type="spellEnd"/>
      <w:r w:rsidRPr="00E6311C">
        <w:rPr>
          <w:rFonts w:ascii="Garamond" w:hAnsi="Garamond" w:cs="Arial"/>
          <w:sz w:val="22"/>
        </w:rPr>
        <w:t xml:space="preserve">.) </w:t>
      </w:r>
      <w:proofErr w:type="spellStart"/>
      <w:r w:rsidRPr="00E6311C">
        <w:rPr>
          <w:rFonts w:ascii="Garamond" w:hAnsi="Garamond" w:cs="Arial"/>
          <w:sz w:val="22"/>
        </w:rPr>
        <w:t>oraz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rozporządzeniu</w:t>
      </w:r>
      <w:proofErr w:type="spellEnd"/>
      <w:r w:rsidRPr="00E6311C">
        <w:rPr>
          <w:rFonts w:ascii="Garamond" w:hAnsi="Garamond" w:cs="Arial"/>
          <w:sz w:val="22"/>
        </w:rPr>
        <w:t xml:space="preserve"> Rady (UE) nr 269/2014 z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17 </w:t>
      </w:r>
      <w:proofErr w:type="spellStart"/>
      <w:r w:rsidRPr="00E6311C">
        <w:rPr>
          <w:rFonts w:ascii="Garamond" w:hAnsi="Garamond" w:cs="Arial"/>
          <w:sz w:val="22"/>
        </w:rPr>
        <w:t>marca</w:t>
      </w:r>
      <w:proofErr w:type="spellEnd"/>
      <w:r w:rsidRPr="00E6311C">
        <w:rPr>
          <w:rFonts w:ascii="Garamond" w:hAnsi="Garamond" w:cs="Arial"/>
          <w:sz w:val="22"/>
        </w:rPr>
        <w:t xml:space="preserve"> 2014 r. w </w:t>
      </w:r>
      <w:proofErr w:type="spellStart"/>
      <w:r w:rsidRPr="00E6311C">
        <w:rPr>
          <w:rFonts w:ascii="Garamond" w:hAnsi="Garamond" w:cs="Arial"/>
          <w:sz w:val="22"/>
        </w:rPr>
        <w:t>sprawie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środków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ograniczających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odniesieniu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działań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podważających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integralność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terytorialną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suwerenność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niezależność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Ukrainy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zagrażających</w:t>
      </w:r>
      <w:proofErr w:type="spellEnd"/>
      <w:r w:rsidRPr="00E6311C">
        <w:rPr>
          <w:rFonts w:ascii="Garamond" w:hAnsi="Garamond" w:cs="Arial"/>
          <w:sz w:val="22"/>
        </w:rPr>
        <w:t xml:space="preserve"> (Dz. </w:t>
      </w:r>
      <w:proofErr w:type="spellStart"/>
      <w:r w:rsidRPr="00E6311C">
        <w:rPr>
          <w:rFonts w:ascii="Garamond" w:hAnsi="Garamond" w:cs="Arial"/>
          <w:sz w:val="22"/>
        </w:rPr>
        <w:t>Urz</w:t>
      </w:r>
      <w:proofErr w:type="spellEnd"/>
      <w:r w:rsidRPr="00E6311C">
        <w:rPr>
          <w:rFonts w:ascii="Garamond" w:hAnsi="Garamond" w:cs="Arial"/>
          <w:sz w:val="22"/>
        </w:rPr>
        <w:t xml:space="preserve">. UE L 78 z 17.03.2014 r. ze </w:t>
      </w:r>
      <w:proofErr w:type="spellStart"/>
      <w:r w:rsidRPr="00E6311C">
        <w:rPr>
          <w:rFonts w:ascii="Garamond" w:hAnsi="Garamond" w:cs="Arial"/>
          <w:sz w:val="22"/>
        </w:rPr>
        <w:t>zm</w:t>
      </w:r>
      <w:proofErr w:type="spellEnd"/>
      <w:r w:rsidRPr="00E6311C">
        <w:rPr>
          <w:rFonts w:ascii="Garamond" w:hAnsi="Garamond" w:cs="Arial"/>
          <w:sz w:val="22"/>
        </w:rPr>
        <w:t xml:space="preserve">.), </w:t>
      </w:r>
      <w:proofErr w:type="spellStart"/>
      <w:r w:rsidRPr="00E6311C">
        <w:rPr>
          <w:rFonts w:ascii="Garamond" w:hAnsi="Garamond" w:cs="Arial"/>
          <w:sz w:val="22"/>
        </w:rPr>
        <w:t>albo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wpisanego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listę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decyzji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rozstrzygającej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zastosowaniu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środka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postaci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z </w:t>
      </w:r>
      <w:proofErr w:type="spellStart"/>
      <w:r w:rsidRPr="00E6311C">
        <w:rPr>
          <w:rFonts w:ascii="Garamond" w:hAnsi="Garamond" w:cs="Arial"/>
          <w:sz w:val="22"/>
        </w:rPr>
        <w:t>postępowań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udzielenie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zamówienia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publicznego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2CFAE7E3" w14:textId="670A1355" w:rsidR="000A6E68" w:rsidRPr="00E6311C" w:rsidRDefault="00BF795F" w:rsidP="000C3546">
      <w:pPr>
        <w:numPr>
          <w:ilvl w:val="1"/>
          <w:numId w:val="17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Wykonawcę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którego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beneficjentem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rzeczywistym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rozumieniu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ustawy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1 </w:t>
      </w:r>
      <w:proofErr w:type="spellStart"/>
      <w:r w:rsidRPr="00E6311C">
        <w:rPr>
          <w:rFonts w:ascii="Garamond" w:hAnsi="Garamond" w:cs="Arial"/>
          <w:sz w:val="22"/>
        </w:rPr>
        <w:t>marca</w:t>
      </w:r>
      <w:proofErr w:type="spellEnd"/>
      <w:r w:rsidRPr="00E6311C">
        <w:rPr>
          <w:rFonts w:ascii="Garamond" w:hAnsi="Garamond" w:cs="Arial"/>
          <w:sz w:val="22"/>
        </w:rPr>
        <w:t xml:space="preserve"> 2018 r. o </w:t>
      </w:r>
      <w:proofErr w:type="spellStart"/>
      <w:r w:rsidRPr="00E6311C">
        <w:rPr>
          <w:rFonts w:ascii="Garamond" w:hAnsi="Garamond" w:cs="Arial"/>
          <w:sz w:val="22"/>
        </w:rPr>
        <w:t>przeciwdziałaniu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pieniędzy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oraz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finansowaniu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terroryzmu</w:t>
      </w:r>
      <w:proofErr w:type="spellEnd"/>
      <w:r w:rsidRPr="00E6311C">
        <w:rPr>
          <w:rFonts w:ascii="Garamond" w:hAnsi="Garamond" w:cs="Arial"/>
          <w:sz w:val="22"/>
        </w:rPr>
        <w:t xml:space="preserve"> (Dz. U.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z 2023 r. </w:t>
      </w:r>
      <w:proofErr w:type="spellStart"/>
      <w:r w:rsidRPr="00E6311C">
        <w:rPr>
          <w:rFonts w:ascii="Garamond" w:hAnsi="Garamond" w:cs="Arial"/>
          <w:sz w:val="22"/>
        </w:rPr>
        <w:t>poz</w:t>
      </w:r>
      <w:proofErr w:type="spellEnd"/>
      <w:r w:rsidRPr="00E6311C">
        <w:rPr>
          <w:rFonts w:ascii="Garamond" w:hAnsi="Garamond" w:cs="Arial"/>
          <w:sz w:val="22"/>
        </w:rPr>
        <w:t xml:space="preserve">. 1124 ze </w:t>
      </w:r>
      <w:proofErr w:type="spellStart"/>
      <w:r w:rsidRPr="00E6311C">
        <w:rPr>
          <w:rFonts w:ascii="Garamond" w:hAnsi="Garamond" w:cs="Arial"/>
          <w:sz w:val="22"/>
        </w:rPr>
        <w:t>zm</w:t>
      </w:r>
      <w:proofErr w:type="spellEnd"/>
      <w:r w:rsidRPr="00E6311C">
        <w:rPr>
          <w:rFonts w:ascii="Garamond" w:hAnsi="Garamond" w:cs="Arial"/>
          <w:sz w:val="22"/>
        </w:rPr>
        <w:t xml:space="preserve">.) jest </w:t>
      </w:r>
      <w:proofErr w:type="spellStart"/>
      <w:r w:rsidRPr="00E6311C">
        <w:rPr>
          <w:rFonts w:ascii="Garamond" w:hAnsi="Garamond" w:cs="Arial"/>
          <w:sz w:val="22"/>
        </w:rPr>
        <w:t>osoba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wymieniona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wykazach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określonych</w:t>
      </w:r>
      <w:proofErr w:type="spellEnd"/>
      <w:r w:rsidRPr="00E6311C">
        <w:rPr>
          <w:rFonts w:ascii="Garamond" w:hAnsi="Garamond" w:cs="Arial"/>
          <w:sz w:val="22"/>
        </w:rPr>
        <w:t xml:space="preserve"> w ww. </w:t>
      </w:r>
      <w:proofErr w:type="spellStart"/>
      <w:r w:rsidRPr="00E6311C">
        <w:rPr>
          <w:rFonts w:ascii="Garamond" w:hAnsi="Garamond" w:cs="Arial"/>
          <w:sz w:val="22"/>
        </w:rPr>
        <w:t>rozporządzeniach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albo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wpisana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listę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będąca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takim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beneficjentem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24 </w:t>
      </w:r>
      <w:proofErr w:type="spellStart"/>
      <w:r w:rsidRPr="00E6311C">
        <w:rPr>
          <w:rFonts w:ascii="Garamond" w:hAnsi="Garamond" w:cs="Arial"/>
          <w:sz w:val="22"/>
        </w:rPr>
        <w:t>lutego</w:t>
      </w:r>
      <w:proofErr w:type="spellEnd"/>
      <w:r w:rsidRPr="00E6311C">
        <w:rPr>
          <w:rFonts w:ascii="Garamond" w:hAnsi="Garamond" w:cs="Arial"/>
          <w:sz w:val="22"/>
        </w:rPr>
        <w:t xml:space="preserve"> 2022 r., o </w:t>
      </w:r>
      <w:proofErr w:type="spellStart"/>
      <w:r w:rsidRPr="00E6311C">
        <w:rPr>
          <w:rFonts w:ascii="Garamond" w:hAnsi="Garamond" w:cs="Arial"/>
          <w:sz w:val="22"/>
        </w:rPr>
        <w:t>ile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została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wpisana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listę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stosownej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decyzji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309EBE24" w14:textId="15A6C798" w:rsidR="000A6E68" w:rsidRPr="00E6311C" w:rsidRDefault="00BF795F" w:rsidP="000C3546">
      <w:pPr>
        <w:numPr>
          <w:ilvl w:val="1"/>
          <w:numId w:val="17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Wykonawcę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którego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jednostką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dominującą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rozumieniu</w:t>
      </w:r>
      <w:proofErr w:type="spellEnd"/>
      <w:r w:rsidRPr="00E6311C">
        <w:rPr>
          <w:rFonts w:ascii="Garamond" w:hAnsi="Garamond" w:cs="Arial"/>
          <w:sz w:val="22"/>
        </w:rPr>
        <w:t xml:space="preserve"> art. 3 </w:t>
      </w:r>
      <w:proofErr w:type="spellStart"/>
      <w:r w:rsidRPr="00E6311C">
        <w:rPr>
          <w:rFonts w:ascii="Garamond" w:hAnsi="Garamond" w:cs="Arial"/>
          <w:sz w:val="22"/>
        </w:rPr>
        <w:t>ust</w:t>
      </w:r>
      <w:proofErr w:type="spellEnd"/>
      <w:r w:rsidRPr="00E6311C">
        <w:rPr>
          <w:rFonts w:ascii="Garamond" w:hAnsi="Garamond" w:cs="Arial"/>
          <w:sz w:val="22"/>
        </w:rPr>
        <w:t xml:space="preserve">. 1 pkt 37 </w:t>
      </w:r>
      <w:proofErr w:type="spellStart"/>
      <w:r w:rsidRPr="00E6311C">
        <w:rPr>
          <w:rFonts w:ascii="Garamond" w:hAnsi="Garamond" w:cs="Arial"/>
          <w:sz w:val="22"/>
        </w:rPr>
        <w:t>ustawy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z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29 </w:t>
      </w:r>
      <w:proofErr w:type="spellStart"/>
      <w:r w:rsidRPr="00E6311C">
        <w:rPr>
          <w:rFonts w:ascii="Garamond" w:hAnsi="Garamond" w:cs="Arial"/>
          <w:sz w:val="22"/>
        </w:rPr>
        <w:t>września</w:t>
      </w:r>
      <w:proofErr w:type="spellEnd"/>
      <w:r w:rsidRPr="00E6311C">
        <w:rPr>
          <w:rFonts w:ascii="Garamond" w:hAnsi="Garamond" w:cs="Arial"/>
          <w:sz w:val="22"/>
        </w:rPr>
        <w:t xml:space="preserve"> 1994 r. o </w:t>
      </w:r>
      <w:proofErr w:type="spellStart"/>
      <w:r w:rsidRPr="00E6311C">
        <w:rPr>
          <w:rFonts w:ascii="Garamond" w:hAnsi="Garamond" w:cs="Arial"/>
          <w:sz w:val="22"/>
        </w:rPr>
        <w:t>rachunkowości</w:t>
      </w:r>
      <w:proofErr w:type="spellEnd"/>
      <w:r w:rsidRPr="00E6311C">
        <w:rPr>
          <w:rFonts w:ascii="Garamond" w:hAnsi="Garamond" w:cs="Arial"/>
          <w:sz w:val="22"/>
        </w:rPr>
        <w:t xml:space="preserve"> (Dz. U. z 2023 r. </w:t>
      </w:r>
      <w:proofErr w:type="spellStart"/>
      <w:r w:rsidRPr="00E6311C">
        <w:rPr>
          <w:rFonts w:ascii="Garamond" w:hAnsi="Garamond" w:cs="Arial"/>
          <w:sz w:val="22"/>
        </w:rPr>
        <w:t>poz</w:t>
      </w:r>
      <w:proofErr w:type="spellEnd"/>
      <w:r w:rsidRPr="00E6311C">
        <w:rPr>
          <w:rFonts w:ascii="Garamond" w:hAnsi="Garamond" w:cs="Arial"/>
          <w:sz w:val="22"/>
        </w:rPr>
        <w:t xml:space="preserve">. 120 ze </w:t>
      </w:r>
      <w:proofErr w:type="spellStart"/>
      <w:r w:rsidRPr="00E6311C">
        <w:rPr>
          <w:rFonts w:ascii="Garamond" w:hAnsi="Garamond" w:cs="Arial"/>
          <w:sz w:val="22"/>
        </w:rPr>
        <w:t>zm</w:t>
      </w:r>
      <w:proofErr w:type="spellEnd"/>
      <w:r w:rsidRPr="00E6311C">
        <w:rPr>
          <w:rFonts w:ascii="Garamond" w:hAnsi="Garamond" w:cs="Arial"/>
          <w:sz w:val="22"/>
        </w:rPr>
        <w:t xml:space="preserve">.) jest </w:t>
      </w:r>
      <w:proofErr w:type="spellStart"/>
      <w:r w:rsidRPr="00E6311C">
        <w:rPr>
          <w:rFonts w:ascii="Garamond" w:hAnsi="Garamond" w:cs="Arial"/>
          <w:sz w:val="22"/>
        </w:rPr>
        <w:t>podmiot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wymieniony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wykazach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określonych</w:t>
      </w:r>
      <w:proofErr w:type="spellEnd"/>
      <w:r w:rsidRPr="00E6311C">
        <w:rPr>
          <w:rFonts w:ascii="Garamond" w:hAnsi="Garamond" w:cs="Arial"/>
          <w:sz w:val="22"/>
        </w:rPr>
        <w:t xml:space="preserve"> w ww. </w:t>
      </w:r>
      <w:proofErr w:type="spellStart"/>
      <w:r w:rsidRPr="00E6311C">
        <w:rPr>
          <w:rFonts w:ascii="Garamond" w:hAnsi="Garamond" w:cs="Arial"/>
          <w:sz w:val="22"/>
        </w:rPr>
        <w:t>rozporządzeniach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albo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wpisany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listę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lub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będący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taką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jednostką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dominującą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dnia</w:t>
      </w:r>
      <w:proofErr w:type="spellEnd"/>
      <w:r w:rsidRPr="00E6311C">
        <w:rPr>
          <w:rFonts w:ascii="Garamond" w:hAnsi="Garamond" w:cs="Arial"/>
          <w:sz w:val="22"/>
        </w:rPr>
        <w:t xml:space="preserve"> 24 </w:t>
      </w:r>
      <w:proofErr w:type="spellStart"/>
      <w:r w:rsidRPr="00E6311C">
        <w:rPr>
          <w:rFonts w:ascii="Garamond" w:hAnsi="Garamond" w:cs="Arial"/>
          <w:sz w:val="22"/>
        </w:rPr>
        <w:t>lutego</w:t>
      </w:r>
      <w:proofErr w:type="spellEnd"/>
      <w:r w:rsidRPr="00E6311C">
        <w:rPr>
          <w:rFonts w:ascii="Garamond" w:hAnsi="Garamond" w:cs="Arial"/>
          <w:sz w:val="22"/>
        </w:rPr>
        <w:t xml:space="preserve"> 2022 r., o </w:t>
      </w:r>
      <w:proofErr w:type="spellStart"/>
      <w:r w:rsidRPr="00E6311C">
        <w:rPr>
          <w:rFonts w:ascii="Garamond" w:hAnsi="Garamond" w:cs="Arial"/>
          <w:sz w:val="22"/>
        </w:rPr>
        <w:t>ile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został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wpisany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listę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stosownej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decyzji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4F13A47" w14:textId="77777777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Wykluczenie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następuje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okres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trwania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okoliczności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stanowiących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wykluczenia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45558F68" w14:textId="77777777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składa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oświadczenie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braku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podstaw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wykluczenia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zgodnie</w:t>
      </w:r>
      <w:proofErr w:type="spellEnd"/>
      <w:r w:rsidRPr="00E6311C">
        <w:rPr>
          <w:rFonts w:ascii="Garamond" w:hAnsi="Garamond" w:cs="Arial"/>
          <w:sz w:val="22"/>
        </w:rPr>
        <w:t xml:space="preserve"> ze </w:t>
      </w:r>
      <w:proofErr w:type="spellStart"/>
      <w:r w:rsidRPr="00E6311C">
        <w:rPr>
          <w:rFonts w:ascii="Garamond" w:hAnsi="Garamond" w:cs="Arial"/>
          <w:sz w:val="22"/>
        </w:rPr>
        <w:t>wzorem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stanowiącym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Załącznik</w:t>
      </w:r>
      <w:proofErr w:type="spellEnd"/>
      <w:r w:rsidRPr="00E6311C">
        <w:rPr>
          <w:rFonts w:ascii="Garamond" w:hAnsi="Garamond" w:cs="Arial"/>
          <w:sz w:val="22"/>
        </w:rPr>
        <w:t xml:space="preserve"> nr 2 do </w:t>
      </w:r>
      <w:proofErr w:type="spellStart"/>
      <w:r w:rsidRPr="00E6311C">
        <w:rPr>
          <w:rFonts w:ascii="Garamond" w:hAnsi="Garamond" w:cs="Arial"/>
          <w:sz w:val="22"/>
        </w:rPr>
        <w:t>Zaproszenia</w:t>
      </w:r>
      <w:proofErr w:type="spellEnd"/>
      <w:r w:rsidRPr="00E6311C">
        <w:rPr>
          <w:rFonts w:ascii="Garamond" w:hAnsi="Garamond" w:cs="Arial"/>
          <w:sz w:val="22"/>
        </w:rPr>
        <w:t xml:space="preserve">.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zastrzega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sobie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prawo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weryfikacji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treści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oświadczenia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E6B6BE8" w14:textId="365390E3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Zgodnie</w:t>
      </w:r>
      <w:proofErr w:type="spellEnd"/>
      <w:r w:rsidRPr="00E6311C">
        <w:rPr>
          <w:rFonts w:ascii="Garamond" w:hAnsi="Garamond" w:cs="Arial"/>
          <w:sz w:val="22"/>
        </w:rPr>
        <w:t xml:space="preserve"> z art. 7 </w:t>
      </w:r>
      <w:proofErr w:type="spellStart"/>
      <w:r w:rsidRPr="00E6311C">
        <w:rPr>
          <w:rFonts w:ascii="Garamond" w:hAnsi="Garamond" w:cs="Arial"/>
          <w:sz w:val="22"/>
        </w:rPr>
        <w:t>ust</w:t>
      </w:r>
      <w:proofErr w:type="spellEnd"/>
      <w:r w:rsidRPr="00E6311C">
        <w:rPr>
          <w:rFonts w:ascii="Garamond" w:hAnsi="Garamond" w:cs="Arial"/>
          <w:sz w:val="22"/>
        </w:rPr>
        <w:t xml:space="preserve">. 6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7 </w:t>
      </w:r>
      <w:proofErr w:type="spellStart"/>
      <w:r w:rsidRPr="00E6311C">
        <w:rPr>
          <w:rFonts w:ascii="Garamond" w:hAnsi="Garamond" w:cs="Arial"/>
          <w:sz w:val="22"/>
        </w:rPr>
        <w:t>ustawy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przeciwdziałaniu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agresji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Ukrainę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Wykonawca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podlegający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wykluczeniu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który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mimo</w:t>
      </w:r>
      <w:proofErr w:type="spellEnd"/>
      <w:r w:rsidRPr="00E6311C">
        <w:rPr>
          <w:rFonts w:ascii="Garamond" w:hAnsi="Garamond" w:cs="Arial"/>
          <w:sz w:val="22"/>
        </w:rPr>
        <w:t xml:space="preserve"> to </w:t>
      </w:r>
      <w:proofErr w:type="spellStart"/>
      <w:r w:rsidRPr="00E6311C">
        <w:rPr>
          <w:rFonts w:ascii="Garamond" w:hAnsi="Garamond" w:cs="Arial"/>
          <w:sz w:val="22"/>
        </w:rPr>
        <w:t>ubiega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się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udzielenie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zamówienia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podlega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karze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pieniężnej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nakładanej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drodze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decyzji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Prezesa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Urzędu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Zamówień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Publicznych</w:t>
      </w:r>
      <w:proofErr w:type="spellEnd"/>
      <w:r w:rsidRPr="00E6311C">
        <w:rPr>
          <w:rFonts w:ascii="Garamond" w:hAnsi="Garamond" w:cs="Arial"/>
          <w:sz w:val="22"/>
        </w:rPr>
        <w:t xml:space="preserve"> – w </w:t>
      </w:r>
      <w:proofErr w:type="spellStart"/>
      <w:r w:rsidRPr="00E6311C">
        <w:rPr>
          <w:rFonts w:ascii="Garamond" w:hAnsi="Garamond" w:cs="Arial"/>
          <w:sz w:val="22"/>
        </w:rPr>
        <w:t>wysokości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r w:rsidR="00EA303F">
        <w:rPr>
          <w:rFonts w:ascii="Garamond" w:hAnsi="Garamond" w:cs="Arial"/>
          <w:sz w:val="22"/>
        </w:rPr>
        <w:br/>
      </w:r>
      <w:r w:rsidRPr="00E6311C">
        <w:rPr>
          <w:rFonts w:ascii="Garamond" w:hAnsi="Garamond" w:cs="Arial"/>
          <w:sz w:val="22"/>
        </w:rPr>
        <w:t xml:space="preserve">20 000 000 </w:t>
      </w:r>
      <w:proofErr w:type="spellStart"/>
      <w:r w:rsidRPr="00E6311C">
        <w:rPr>
          <w:rFonts w:ascii="Garamond" w:hAnsi="Garamond" w:cs="Arial"/>
          <w:sz w:val="22"/>
        </w:rPr>
        <w:t>zł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A17AF65" w14:textId="77777777" w:rsidR="000A6E68" w:rsidRPr="00E6311C" w:rsidRDefault="00BF795F" w:rsidP="000C3546">
      <w:pPr>
        <w:numPr>
          <w:ilvl w:val="0"/>
          <w:numId w:val="16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odrzuca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ofertę</w:t>
      </w:r>
      <w:proofErr w:type="spellEnd"/>
      <w:r w:rsidRPr="00E6311C">
        <w:rPr>
          <w:rFonts w:ascii="Garamond" w:hAnsi="Garamond" w:cs="Arial"/>
          <w:sz w:val="22"/>
        </w:rPr>
        <w:t>:</w:t>
      </w:r>
    </w:p>
    <w:p w14:paraId="79B0A94D" w14:textId="77777777" w:rsidR="000A6E68" w:rsidRPr="00E6311C" w:rsidRDefault="00BF795F" w:rsidP="000C3546">
      <w:pPr>
        <w:numPr>
          <w:ilvl w:val="1"/>
          <w:numId w:val="18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Wykonawcy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który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załączy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prawidłowo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wypełnionego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podpisanego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formularza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ofertowego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Załącznik</w:t>
      </w:r>
      <w:proofErr w:type="spellEnd"/>
      <w:r w:rsidRPr="00E6311C">
        <w:rPr>
          <w:rFonts w:ascii="Garamond" w:hAnsi="Garamond" w:cs="Arial"/>
          <w:sz w:val="22"/>
        </w:rPr>
        <w:t xml:space="preserve"> nr 1);</w:t>
      </w:r>
    </w:p>
    <w:p w14:paraId="095BF9AB" w14:textId="77777777" w:rsidR="000A6E68" w:rsidRPr="00E6311C" w:rsidRDefault="00BF795F" w:rsidP="000C3546">
      <w:pPr>
        <w:numPr>
          <w:ilvl w:val="1"/>
          <w:numId w:val="18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wykluczonego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postępowania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2885D0FE" w14:textId="77777777" w:rsidR="000A6E68" w:rsidRPr="00E6311C" w:rsidRDefault="00BF795F" w:rsidP="000C3546">
      <w:pPr>
        <w:numPr>
          <w:ilvl w:val="1"/>
          <w:numId w:val="18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ofertę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niekompletną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51ED55C2" w14:textId="38DF20E7" w:rsidR="000A6E68" w:rsidRPr="00E6311C" w:rsidRDefault="00BF795F" w:rsidP="000C3546">
      <w:pPr>
        <w:numPr>
          <w:ilvl w:val="1"/>
          <w:numId w:val="18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lastRenderedPageBreak/>
        <w:t>ofertę</w:t>
      </w:r>
      <w:proofErr w:type="spellEnd"/>
      <w:r w:rsidRPr="00E6311C">
        <w:rPr>
          <w:rFonts w:ascii="Garamond" w:hAnsi="Garamond" w:cs="Arial"/>
          <w:sz w:val="22"/>
        </w:rPr>
        <w:t xml:space="preserve">, z </w:t>
      </w:r>
      <w:proofErr w:type="spellStart"/>
      <w:r w:rsidRPr="00E6311C">
        <w:rPr>
          <w:rFonts w:ascii="Garamond" w:hAnsi="Garamond" w:cs="Arial"/>
          <w:sz w:val="22"/>
        </w:rPr>
        <w:t>którą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przyczyn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technicznych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można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się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zapoznać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18FFC54D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2" w:name="vi.-opis-sposobu-przygotowania-oferty"/>
      <w:bookmarkEnd w:id="11"/>
      <w:r w:rsidRPr="00E6311C">
        <w:rPr>
          <w:rFonts w:ascii="Garamond" w:hAnsi="Garamond" w:cs="Arial"/>
          <w:b w:val="0"/>
          <w:bCs w:val="0"/>
          <w:sz w:val="22"/>
          <w:szCs w:val="22"/>
        </w:rPr>
        <w:t>VI. OPIS SPOSOBU PRZYGOTOWANIA OFERTY</w:t>
      </w:r>
    </w:p>
    <w:p w14:paraId="2740DBF0" w14:textId="77777777" w:rsidR="000A6E68" w:rsidRPr="00E6311C" w:rsidRDefault="00BF795F" w:rsidP="000C3546">
      <w:pPr>
        <w:numPr>
          <w:ilvl w:val="0"/>
          <w:numId w:val="19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Ofertę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należy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przygotować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formularzu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ofertowym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stanowiącym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Załącznik</w:t>
      </w:r>
      <w:proofErr w:type="spellEnd"/>
      <w:r w:rsidRPr="00E6311C">
        <w:rPr>
          <w:rFonts w:ascii="Garamond" w:hAnsi="Garamond" w:cs="Arial"/>
          <w:sz w:val="22"/>
        </w:rPr>
        <w:t xml:space="preserve"> nr 1 do </w:t>
      </w:r>
      <w:proofErr w:type="spellStart"/>
      <w:r w:rsidRPr="00E6311C">
        <w:rPr>
          <w:rFonts w:ascii="Garamond" w:hAnsi="Garamond" w:cs="Arial"/>
          <w:sz w:val="22"/>
        </w:rPr>
        <w:t>Zaproszenia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7E424C2B" w14:textId="77777777" w:rsidR="000A6E68" w:rsidRPr="00E6311C" w:rsidRDefault="00BF795F" w:rsidP="000C3546">
      <w:pPr>
        <w:numPr>
          <w:ilvl w:val="0"/>
          <w:numId w:val="19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Wykonawca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może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złożyć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tylko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jedną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ofertę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1A2C806C" w14:textId="27121438" w:rsidR="000A6E68" w:rsidRPr="00E6311C" w:rsidRDefault="00BF795F" w:rsidP="000C3546">
      <w:pPr>
        <w:numPr>
          <w:ilvl w:val="0"/>
          <w:numId w:val="19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Termin </w:t>
      </w:r>
      <w:proofErr w:type="spellStart"/>
      <w:r w:rsidRPr="00E6311C">
        <w:rPr>
          <w:rFonts w:ascii="Garamond" w:hAnsi="Garamond" w:cs="Arial"/>
          <w:sz w:val="22"/>
        </w:rPr>
        <w:t>związania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ofertą</w:t>
      </w:r>
      <w:proofErr w:type="spellEnd"/>
      <w:r w:rsidRPr="00E6311C">
        <w:rPr>
          <w:rFonts w:ascii="Garamond" w:hAnsi="Garamond" w:cs="Arial"/>
          <w:sz w:val="22"/>
        </w:rPr>
        <w:t xml:space="preserve">: 30 </w:t>
      </w:r>
      <w:proofErr w:type="spellStart"/>
      <w:r w:rsidRPr="00E6311C">
        <w:rPr>
          <w:rFonts w:ascii="Garamond" w:hAnsi="Garamond" w:cs="Arial"/>
          <w:sz w:val="22"/>
        </w:rPr>
        <w:t>dni</w:t>
      </w:r>
      <w:proofErr w:type="spellEnd"/>
      <w:r w:rsidRPr="00E6311C">
        <w:rPr>
          <w:rFonts w:ascii="Garamond" w:hAnsi="Garamond" w:cs="Arial"/>
          <w:sz w:val="22"/>
        </w:rPr>
        <w:t xml:space="preserve"> od </w:t>
      </w:r>
      <w:proofErr w:type="spellStart"/>
      <w:r w:rsidRPr="00E6311C">
        <w:rPr>
          <w:rFonts w:ascii="Garamond" w:hAnsi="Garamond" w:cs="Arial"/>
          <w:sz w:val="22"/>
        </w:rPr>
        <w:t>upływu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terminu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składania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8476DE0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3" w:name="vii.-kryteria-oceny-ofert"/>
      <w:bookmarkEnd w:id="12"/>
      <w:r w:rsidRPr="00E6311C">
        <w:rPr>
          <w:rFonts w:ascii="Garamond" w:hAnsi="Garamond" w:cs="Arial"/>
          <w:b w:val="0"/>
          <w:bCs w:val="0"/>
          <w:sz w:val="22"/>
          <w:szCs w:val="22"/>
        </w:rPr>
        <w:t>VII. KRYTERIA OCENY OFERT</w:t>
      </w:r>
    </w:p>
    <w:p w14:paraId="274EFE85" w14:textId="77777777" w:rsidR="000A6E68" w:rsidRPr="00E6311C" w:rsidRDefault="00BF795F" w:rsidP="000C3546">
      <w:p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Za </w:t>
      </w:r>
      <w:proofErr w:type="spellStart"/>
      <w:r w:rsidRPr="00E6311C">
        <w:rPr>
          <w:rFonts w:ascii="Garamond" w:hAnsi="Garamond" w:cs="Arial"/>
          <w:sz w:val="22"/>
        </w:rPr>
        <w:t>najkorzystniejszą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uznana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oferta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najniższą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ceną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1C870D7C" w14:textId="40EB9739" w:rsidR="000A6E68" w:rsidRPr="00EA303F" w:rsidRDefault="00BF795F" w:rsidP="000C3546">
      <w:pPr>
        <w:pStyle w:val="Tekstpodstawowy"/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A303F">
        <w:rPr>
          <w:rFonts w:ascii="Garamond" w:hAnsi="Garamond" w:cs="Arial"/>
          <w:sz w:val="22"/>
        </w:rPr>
        <w:t>Kryterium</w:t>
      </w:r>
      <w:proofErr w:type="spellEnd"/>
      <w:r w:rsidRPr="00EA303F">
        <w:rPr>
          <w:rFonts w:ascii="Garamond" w:hAnsi="Garamond" w:cs="Arial"/>
          <w:sz w:val="22"/>
        </w:rPr>
        <w:t xml:space="preserve">: CENA – </w:t>
      </w:r>
      <w:proofErr w:type="spellStart"/>
      <w:r w:rsidRPr="00EA303F">
        <w:rPr>
          <w:rFonts w:ascii="Garamond" w:hAnsi="Garamond" w:cs="Arial"/>
          <w:sz w:val="22"/>
        </w:rPr>
        <w:t>waga</w:t>
      </w:r>
      <w:proofErr w:type="spellEnd"/>
      <w:r w:rsidRPr="00EA303F">
        <w:rPr>
          <w:rFonts w:ascii="Garamond" w:hAnsi="Garamond" w:cs="Arial"/>
          <w:sz w:val="22"/>
        </w:rPr>
        <w:t xml:space="preserve"> </w:t>
      </w:r>
      <w:r w:rsidR="00C0487E">
        <w:rPr>
          <w:rFonts w:ascii="Garamond" w:hAnsi="Garamond" w:cs="Arial"/>
          <w:sz w:val="22"/>
        </w:rPr>
        <w:t>10</w:t>
      </w:r>
      <w:r w:rsidRPr="00EA303F">
        <w:rPr>
          <w:rFonts w:ascii="Garamond" w:hAnsi="Garamond" w:cs="Arial"/>
          <w:sz w:val="22"/>
        </w:rPr>
        <w:t>0%</w:t>
      </w:r>
    </w:p>
    <w:p w14:paraId="041D075F" w14:textId="615B8C2C" w:rsidR="000A6E68" w:rsidRPr="00E6311C" w:rsidRDefault="00BF795F" w:rsidP="000C3546">
      <w:pPr>
        <w:numPr>
          <w:ilvl w:val="0"/>
          <w:numId w:val="20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Cena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wyrażona</w:t>
      </w:r>
      <w:proofErr w:type="spellEnd"/>
      <w:r w:rsidRPr="00E6311C">
        <w:rPr>
          <w:rFonts w:ascii="Garamond" w:hAnsi="Garamond" w:cs="Arial"/>
          <w:sz w:val="22"/>
        </w:rPr>
        <w:t xml:space="preserve"> w PLN z </w:t>
      </w:r>
      <w:proofErr w:type="spellStart"/>
      <w:r w:rsidRPr="00E6311C">
        <w:rPr>
          <w:rFonts w:ascii="Garamond" w:hAnsi="Garamond" w:cs="Arial"/>
          <w:sz w:val="22"/>
        </w:rPr>
        <w:t>dokładnością</w:t>
      </w:r>
      <w:proofErr w:type="spellEnd"/>
      <w:r w:rsidRPr="00E6311C">
        <w:rPr>
          <w:rFonts w:ascii="Garamond" w:hAnsi="Garamond" w:cs="Arial"/>
          <w:sz w:val="22"/>
        </w:rPr>
        <w:t xml:space="preserve"> do </w:t>
      </w:r>
      <w:proofErr w:type="spellStart"/>
      <w:r w:rsidRPr="00E6311C">
        <w:rPr>
          <w:rFonts w:ascii="Garamond" w:hAnsi="Garamond" w:cs="Arial"/>
          <w:sz w:val="22"/>
        </w:rPr>
        <w:t>dwóch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miejsc</w:t>
      </w:r>
      <w:proofErr w:type="spellEnd"/>
      <w:r w:rsidRPr="00E6311C">
        <w:rPr>
          <w:rFonts w:ascii="Garamond" w:hAnsi="Garamond" w:cs="Arial"/>
          <w:sz w:val="22"/>
        </w:rPr>
        <w:t xml:space="preserve"> po </w:t>
      </w:r>
      <w:proofErr w:type="spellStart"/>
      <w:r w:rsidRPr="00E6311C">
        <w:rPr>
          <w:rFonts w:ascii="Garamond" w:hAnsi="Garamond" w:cs="Arial"/>
          <w:sz w:val="22"/>
        </w:rPr>
        <w:t>przecinku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obejmująca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całkowity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miesięczny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koszt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najmu</w:t>
      </w:r>
      <w:proofErr w:type="spellEnd"/>
      <w:r w:rsidRPr="00E6311C">
        <w:rPr>
          <w:rFonts w:ascii="Garamond" w:hAnsi="Garamond" w:cs="Arial"/>
          <w:sz w:val="22"/>
        </w:rPr>
        <w:t xml:space="preserve"> (</w:t>
      </w:r>
      <w:proofErr w:type="spellStart"/>
      <w:r w:rsidRPr="00E6311C">
        <w:rPr>
          <w:rFonts w:ascii="Garamond" w:hAnsi="Garamond" w:cs="Arial"/>
          <w:sz w:val="22"/>
        </w:rPr>
        <w:t>powierzchnia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biurowa</w:t>
      </w:r>
      <w:proofErr w:type="spellEnd"/>
      <w:r w:rsidRPr="00E6311C">
        <w:rPr>
          <w:rFonts w:ascii="Garamond" w:hAnsi="Garamond" w:cs="Arial"/>
          <w:sz w:val="22"/>
        </w:rPr>
        <w:t xml:space="preserve"> + </w:t>
      </w:r>
      <w:proofErr w:type="spellStart"/>
      <w:r w:rsidRPr="00E6311C">
        <w:rPr>
          <w:rFonts w:ascii="Garamond" w:hAnsi="Garamond" w:cs="Arial"/>
          <w:sz w:val="22"/>
        </w:rPr>
        <w:t>powierzchnia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parkingowa</w:t>
      </w:r>
      <w:proofErr w:type="spellEnd"/>
      <w:r w:rsidRPr="00E6311C">
        <w:rPr>
          <w:rFonts w:ascii="Garamond" w:hAnsi="Garamond" w:cs="Arial"/>
          <w:sz w:val="22"/>
        </w:rPr>
        <w:t>).</w:t>
      </w:r>
    </w:p>
    <w:p w14:paraId="68B07943" w14:textId="77777777" w:rsidR="000A6E68" w:rsidRPr="00E6311C" w:rsidRDefault="00BF795F" w:rsidP="000C3546">
      <w:pPr>
        <w:numPr>
          <w:ilvl w:val="0"/>
          <w:numId w:val="20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W </w:t>
      </w:r>
      <w:proofErr w:type="spellStart"/>
      <w:r w:rsidRPr="00E6311C">
        <w:rPr>
          <w:rFonts w:ascii="Garamond" w:hAnsi="Garamond" w:cs="Arial"/>
          <w:sz w:val="22"/>
        </w:rPr>
        <w:t>przypadku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rozbieżności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między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ceną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podaną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cyframi</w:t>
      </w:r>
      <w:proofErr w:type="spellEnd"/>
      <w:r w:rsidRPr="00E6311C">
        <w:rPr>
          <w:rFonts w:ascii="Garamond" w:hAnsi="Garamond" w:cs="Arial"/>
          <w:sz w:val="22"/>
        </w:rPr>
        <w:t xml:space="preserve"> a </w:t>
      </w:r>
      <w:proofErr w:type="spellStart"/>
      <w:r w:rsidRPr="00E6311C">
        <w:rPr>
          <w:rFonts w:ascii="Garamond" w:hAnsi="Garamond" w:cs="Arial"/>
          <w:sz w:val="22"/>
        </w:rPr>
        <w:t>słownie</w:t>
      </w:r>
      <w:proofErr w:type="spellEnd"/>
      <w:r w:rsidRPr="00E6311C">
        <w:rPr>
          <w:rFonts w:ascii="Garamond" w:hAnsi="Garamond" w:cs="Arial"/>
          <w:sz w:val="22"/>
        </w:rPr>
        <w:t xml:space="preserve"> – za </w:t>
      </w:r>
      <w:proofErr w:type="spellStart"/>
      <w:r w:rsidRPr="00E6311C">
        <w:rPr>
          <w:rFonts w:ascii="Garamond" w:hAnsi="Garamond" w:cs="Arial"/>
          <w:sz w:val="22"/>
        </w:rPr>
        <w:t>prawidłową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uznaje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się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cenę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podaną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cyframi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5528F08E" w14:textId="77777777" w:rsidR="000A6E68" w:rsidRPr="00E6311C" w:rsidRDefault="00BF795F" w:rsidP="000C3546">
      <w:pPr>
        <w:numPr>
          <w:ilvl w:val="0"/>
          <w:numId w:val="20"/>
        </w:num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W </w:t>
      </w:r>
      <w:proofErr w:type="spellStart"/>
      <w:r w:rsidRPr="00E6311C">
        <w:rPr>
          <w:rFonts w:ascii="Garamond" w:hAnsi="Garamond" w:cs="Arial"/>
          <w:sz w:val="22"/>
        </w:rPr>
        <w:t>toku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badania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oceny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może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żądać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od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Wykonawców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wyjaśnień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dotyczących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złożonej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1EA16309" w14:textId="77777777" w:rsidR="000A6E68" w:rsidRPr="00E6311C" w:rsidRDefault="00BF795F" w:rsidP="000C3546">
      <w:pPr>
        <w:numPr>
          <w:ilvl w:val="0"/>
          <w:numId w:val="20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Zamawiający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poprawia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ofercie</w:t>
      </w:r>
      <w:proofErr w:type="spellEnd"/>
      <w:r w:rsidRPr="00E6311C">
        <w:rPr>
          <w:rFonts w:ascii="Garamond" w:hAnsi="Garamond" w:cs="Arial"/>
          <w:sz w:val="22"/>
        </w:rPr>
        <w:t>:</w:t>
      </w:r>
    </w:p>
    <w:p w14:paraId="306115E1" w14:textId="77777777" w:rsidR="000A6E68" w:rsidRPr="00E6311C" w:rsidRDefault="00BF795F" w:rsidP="000C3546">
      <w:pPr>
        <w:numPr>
          <w:ilvl w:val="1"/>
          <w:numId w:val="21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oczywiste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omyłki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pisarskie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179128C4" w14:textId="77777777" w:rsidR="000A6E68" w:rsidRPr="00E6311C" w:rsidRDefault="00BF795F" w:rsidP="000C3546">
      <w:pPr>
        <w:numPr>
          <w:ilvl w:val="1"/>
          <w:numId w:val="21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oczywiste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omyłki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rachunkowe</w:t>
      </w:r>
      <w:proofErr w:type="spellEnd"/>
      <w:r w:rsidRPr="00E6311C">
        <w:rPr>
          <w:rFonts w:ascii="Garamond" w:hAnsi="Garamond" w:cs="Arial"/>
          <w:sz w:val="22"/>
        </w:rPr>
        <w:t xml:space="preserve">, z </w:t>
      </w:r>
      <w:proofErr w:type="spellStart"/>
      <w:r w:rsidRPr="00E6311C">
        <w:rPr>
          <w:rFonts w:ascii="Garamond" w:hAnsi="Garamond" w:cs="Arial"/>
          <w:sz w:val="22"/>
        </w:rPr>
        <w:t>uwzględnieniem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konsekwencji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rachunkowych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przyjmując</w:t>
      </w:r>
      <w:proofErr w:type="spellEnd"/>
      <w:r w:rsidRPr="00E6311C">
        <w:rPr>
          <w:rFonts w:ascii="Garamond" w:hAnsi="Garamond" w:cs="Arial"/>
          <w:sz w:val="22"/>
        </w:rPr>
        <w:t xml:space="preserve"> za </w:t>
      </w:r>
      <w:proofErr w:type="spellStart"/>
      <w:r w:rsidRPr="00E6311C">
        <w:rPr>
          <w:rFonts w:ascii="Garamond" w:hAnsi="Garamond" w:cs="Arial"/>
          <w:sz w:val="22"/>
        </w:rPr>
        <w:t>właściwą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cenę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netto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>;</w:t>
      </w:r>
    </w:p>
    <w:p w14:paraId="5AAFF33B" w14:textId="055A60A8" w:rsidR="000A6E68" w:rsidRDefault="00BF795F" w:rsidP="000C3546">
      <w:pPr>
        <w:numPr>
          <w:ilvl w:val="1"/>
          <w:numId w:val="21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inne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omyłki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polegające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niezgodności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 xml:space="preserve"> z </w:t>
      </w:r>
      <w:proofErr w:type="spellStart"/>
      <w:r w:rsidRPr="00E6311C">
        <w:rPr>
          <w:rFonts w:ascii="Garamond" w:hAnsi="Garamond" w:cs="Arial"/>
          <w:sz w:val="22"/>
        </w:rPr>
        <w:t>warunkami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zamówienia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niepowodujące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istotnych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zmian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treści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 xml:space="preserve"> – </w:t>
      </w:r>
      <w:proofErr w:type="spellStart"/>
      <w:r w:rsidRPr="00E6311C">
        <w:rPr>
          <w:rFonts w:ascii="Garamond" w:hAnsi="Garamond" w:cs="Arial"/>
          <w:sz w:val="22"/>
        </w:rPr>
        <w:t>niezwłocznie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zawiadamiając</w:t>
      </w:r>
      <w:proofErr w:type="spellEnd"/>
      <w:r w:rsidRPr="00E6311C">
        <w:rPr>
          <w:rFonts w:ascii="Garamond" w:hAnsi="Garamond" w:cs="Arial"/>
          <w:sz w:val="22"/>
        </w:rPr>
        <w:t xml:space="preserve"> o </w:t>
      </w:r>
      <w:proofErr w:type="spellStart"/>
      <w:r w:rsidRPr="00E6311C">
        <w:rPr>
          <w:rFonts w:ascii="Garamond" w:hAnsi="Garamond" w:cs="Arial"/>
          <w:sz w:val="22"/>
        </w:rPr>
        <w:t>tym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Wykonawcę</w:t>
      </w:r>
      <w:proofErr w:type="spellEnd"/>
      <w:r w:rsidRPr="00E6311C">
        <w:rPr>
          <w:rFonts w:ascii="Garamond" w:hAnsi="Garamond" w:cs="Arial"/>
          <w:sz w:val="22"/>
        </w:rPr>
        <w:t>.</w:t>
      </w:r>
      <w:bookmarkStart w:id="14" w:name="viii.-unieważnienie-postępowania"/>
      <w:bookmarkEnd w:id="13"/>
    </w:p>
    <w:p w14:paraId="2B12F414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5" w:name="ix.-informacje-administracyjne"/>
      <w:bookmarkEnd w:id="14"/>
      <w:r w:rsidRPr="00E6311C">
        <w:rPr>
          <w:rFonts w:ascii="Garamond" w:hAnsi="Garamond" w:cs="Arial"/>
          <w:b w:val="0"/>
          <w:bCs w:val="0"/>
          <w:sz w:val="22"/>
          <w:szCs w:val="22"/>
        </w:rPr>
        <w:t>IX. INFORMACJE ADMINISTRACYJNE</w:t>
      </w:r>
    </w:p>
    <w:p w14:paraId="112A6E59" w14:textId="77777777" w:rsidR="000A6E68" w:rsidRPr="00E6311C" w:rsidRDefault="00BF795F" w:rsidP="000C3546">
      <w:pPr>
        <w:numPr>
          <w:ilvl w:val="0"/>
          <w:numId w:val="2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Miejsce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i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termin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składania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ofert</w:t>
      </w:r>
      <w:proofErr w:type="spellEnd"/>
      <w:r w:rsidRPr="00E6311C">
        <w:rPr>
          <w:rFonts w:ascii="Garamond" w:hAnsi="Garamond" w:cs="Arial"/>
          <w:sz w:val="22"/>
        </w:rPr>
        <w:t xml:space="preserve">: </w:t>
      </w:r>
      <w:proofErr w:type="spellStart"/>
      <w:r w:rsidRPr="00E6311C">
        <w:rPr>
          <w:rFonts w:ascii="Garamond" w:hAnsi="Garamond" w:cs="Arial"/>
          <w:sz w:val="22"/>
        </w:rPr>
        <w:t>Oferty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należy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przesłać</w:t>
      </w:r>
      <w:proofErr w:type="spellEnd"/>
      <w:r w:rsidRPr="00E6311C">
        <w:rPr>
          <w:rFonts w:ascii="Garamond" w:hAnsi="Garamond" w:cs="Arial"/>
          <w:sz w:val="22"/>
        </w:rPr>
        <w:t xml:space="preserve"> w </w:t>
      </w:r>
      <w:proofErr w:type="spellStart"/>
      <w:r w:rsidRPr="00E6311C">
        <w:rPr>
          <w:rFonts w:ascii="Garamond" w:hAnsi="Garamond" w:cs="Arial"/>
          <w:sz w:val="22"/>
        </w:rPr>
        <w:t>formie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skanu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podpisanego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dokumentu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pocztą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elektroniczną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adres</w:t>
      </w:r>
      <w:proofErr w:type="spellEnd"/>
      <w:r w:rsidRPr="00E6311C">
        <w:rPr>
          <w:rFonts w:ascii="Garamond" w:hAnsi="Garamond" w:cs="Arial"/>
          <w:sz w:val="22"/>
        </w:rPr>
        <w:t>: mpwik@mpwik-milanowek.pl</w:t>
      </w:r>
    </w:p>
    <w:p w14:paraId="23D7FFF6" w14:textId="77777777" w:rsidR="000A6E68" w:rsidRPr="00E6311C" w:rsidRDefault="00BF795F" w:rsidP="000C3546">
      <w:pPr>
        <w:numPr>
          <w:ilvl w:val="0"/>
          <w:numId w:val="2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Pytania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dotyczące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postępowania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należy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kierować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drogą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elektroniczną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adres</w:t>
      </w:r>
      <w:proofErr w:type="spellEnd"/>
      <w:r w:rsidRPr="00E6311C">
        <w:rPr>
          <w:rFonts w:ascii="Garamond" w:hAnsi="Garamond" w:cs="Arial"/>
          <w:sz w:val="22"/>
        </w:rPr>
        <w:t>: mpwik@mpwik-milanowek.pl</w:t>
      </w:r>
    </w:p>
    <w:p w14:paraId="5B74930C" w14:textId="03F61619" w:rsidR="000A6E68" w:rsidRDefault="00BF795F" w:rsidP="000C3546">
      <w:pPr>
        <w:numPr>
          <w:ilvl w:val="0"/>
          <w:numId w:val="23"/>
        </w:numPr>
        <w:spacing w:line="240" w:lineRule="auto"/>
        <w:jc w:val="both"/>
        <w:rPr>
          <w:rFonts w:ascii="Garamond" w:hAnsi="Garamond" w:cs="Arial"/>
          <w:sz w:val="22"/>
        </w:rPr>
      </w:pPr>
      <w:proofErr w:type="spellStart"/>
      <w:r w:rsidRPr="00E6311C">
        <w:rPr>
          <w:rFonts w:ascii="Garamond" w:hAnsi="Garamond" w:cs="Arial"/>
          <w:sz w:val="22"/>
        </w:rPr>
        <w:t>Zaproszenie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może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zostać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unieważnione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przez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Zamawiającego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każdym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etapie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postępowania</w:t>
      </w:r>
      <w:proofErr w:type="spellEnd"/>
      <w:r w:rsidRPr="00E6311C">
        <w:rPr>
          <w:rFonts w:ascii="Garamond" w:hAnsi="Garamond" w:cs="Arial"/>
          <w:sz w:val="22"/>
        </w:rPr>
        <w:t>.</w:t>
      </w:r>
    </w:p>
    <w:p w14:paraId="3E3639C0" w14:textId="38E4AF8A" w:rsidR="005F13B2" w:rsidRPr="005F13B2" w:rsidRDefault="005F13B2" w:rsidP="005F13B2">
      <w:pPr>
        <w:pStyle w:val="Akapitzlist"/>
        <w:numPr>
          <w:ilvl w:val="0"/>
          <w:numId w:val="23"/>
        </w:numPr>
        <w:rPr>
          <w:rFonts w:ascii="Garamond" w:hAnsi="Garamond" w:cs="Arial"/>
          <w:sz w:val="22"/>
        </w:rPr>
      </w:pPr>
      <w:proofErr w:type="spellStart"/>
      <w:r w:rsidRPr="005F13B2">
        <w:rPr>
          <w:rFonts w:ascii="Garamond" w:hAnsi="Garamond" w:cs="Arial"/>
          <w:sz w:val="22"/>
        </w:rPr>
        <w:t>Oferty</w:t>
      </w:r>
      <w:proofErr w:type="spellEnd"/>
      <w:r w:rsidRPr="005F13B2">
        <w:rPr>
          <w:rFonts w:ascii="Garamond" w:hAnsi="Garamond" w:cs="Arial"/>
          <w:sz w:val="22"/>
        </w:rPr>
        <w:t xml:space="preserve"> </w:t>
      </w:r>
      <w:proofErr w:type="spellStart"/>
      <w:r w:rsidRPr="005F13B2">
        <w:rPr>
          <w:rFonts w:ascii="Garamond" w:hAnsi="Garamond" w:cs="Arial"/>
          <w:sz w:val="22"/>
        </w:rPr>
        <w:t>należy</w:t>
      </w:r>
      <w:proofErr w:type="spellEnd"/>
      <w:r w:rsidRPr="005F13B2">
        <w:rPr>
          <w:rFonts w:ascii="Garamond" w:hAnsi="Garamond" w:cs="Arial"/>
          <w:sz w:val="22"/>
        </w:rPr>
        <w:t xml:space="preserve"> </w:t>
      </w:r>
      <w:proofErr w:type="spellStart"/>
      <w:r w:rsidRPr="005F13B2">
        <w:rPr>
          <w:rFonts w:ascii="Garamond" w:hAnsi="Garamond" w:cs="Arial"/>
          <w:sz w:val="22"/>
        </w:rPr>
        <w:t>składać</w:t>
      </w:r>
      <w:proofErr w:type="spellEnd"/>
      <w:r w:rsidRPr="005F13B2">
        <w:rPr>
          <w:rFonts w:ascii="Garamond" w:hAnsi="Garamond" w:cs="Arial"/>
          <w:sz w:val="22"/>
        </w:rPr>
        <w:t xml:space="preserve"> do </w:t>
      </w:r>
      <w:proofErr w:type="spellStart"/>
      <w:r w:rsidRPr="005F13B2">
        <w:rPr>
          <w:rFonts w:ascii="Garamond" w:hAnsi="Garamond" w:cs="Arial"/>
          <w:sz w:val="22"/>
        </w:rPr>
        <w:t>dnia</w:t>
      </w:r>
      <w:proofErr w:type="spellEnd"/>
      <w:r w:rsidRPr="005F13B2">
        <w:rPr>
          <w:rFonts w:ascii="Garamond" w:hAnsi="Garamond" w:cs="Arial"/>
          <w:sz w:val="22"/>
        </w:rPr>
        <w:t xml:space="preserve"> 12 </w:t>
      </w:r>
      <w:proofErr w:type="spellStart"/>
      <w:r w:rsidRPr="005F13B2">
        <w:rPr>
          <w:rFonts w:ascii="Garamond" w:hAnsi="Garamond" w:cs="Arial"/>
          <w:sz w:val="22"/>
        </w:rPr>
        <w:t>marca</w:t>
      </w:r>
      <w:proofErr w:type="spellEnd"/>
      <w:r w:rsidRPr="005F13B2">
        <w:rPr>
          <w:rFonts w:ascii="Garamond" w:hAnsi="Garamond" w:cs="Arial"/>
          <w:sz w:val="22"/>
        </w:rPr>
        <w:t xml:space="preserve"> 2026 r.</w:t>
      </w:r>
    </w:p>
    <w:p w14:paraId="223A1E6F" w14:textId="77777777" w:rsidR="000A6E68" w:rsidRPr="00E6311C" w:rsidRDefault="00BF795F" w:rsidP="000C3546">
      <w:pPr>
        <w:pStyle w:val="Nagwek2"/>
        <w:spacing w:line="240" w:lineRule="auto"/>
        <w:jc w:val="both"/>
        <w:rPr>
          <w:rFonts w:ascii="Garamond" w:hAnsi="Garamond" w:cs="Arial"/>
          <w:b w:val="0"/>
          <w:bCs w:val="0"/>
          <w:sz w:val="22"/>
          <w:szCs w:val="22"/>
        </w:rPr>
      </w:pPr>
      <w:bookmarkStart w:id="16" w:name="x.-umowa"/>
      <w:bookmarkEnd w:id="15"/>
      <w:r w:rsidRPr="00E6311C">
        <w:rPr>
          <w:rFonts w:ascii="Garamond" w:hAnsi="Garamond" w:cs="Arial"/>
          <w:b w:val="0"/>
          <w:bCs w:val="0"/>
          <w:sz w:val="22"/>
          <w:szCs w:val="22"/>
        </w:rPr>
        <w:t>X. UMOWA</w:t>
      </w:r>
    </w:p>
    <w:p w14:paraId="76C9471B" w14:textId="49757A10" w:rsidR="000A6E68" w:rsidRDefault="00BF795F" w:rsidP="00D6354C">
      <w:pPr>
        <w:spacing w:line="240" w:lineRule="auto"/>
        <w:jc w:val="both"/>
        <w:rPr>
          <w:rFonts w:ascii="Garamond" w:hAnsi="Garamond" w:cs="Arial"/>
          <w:sz w:val="22"/>
        </w:rPr>
      </w:pPr>
      <w:r w:rsidRPr="00E6311C">
        <w:rPr>
          <w:rFonts w:ascii="Garamond" w:hAnsi="Garamond" w:cs="Arial"/>
          <w:sz w:val="22"/>
        </w:rPr>
        <w:t xml:space="preserve">Z </w:t>
      </w:r>
      <w:proofErr w:type="spellStart"/>
      <w:r w:rsidRPr="00E6311C">
        <w:rPr>
          <w:rFonts w:ascii="Garamond" w:hAnsi="Garamond" w:cs="Arial"/>
          <w:sz w:val="22"/>
        </w:rPr>
        <w:t>wybranym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Wykonawcą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zostanie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podpisana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Pr="00E6311C">
        <w:rPr>
          <w:rFonts w:ascii="Garamond" w:hAnsi="Garamond" w:cs="Arial"/>
          <w:sz w:val="22"/>
        </w:rPr>
        <w:t>umowa</w:t>
      </w:r>
      <w:proofErr w:type="spellEnd"/>
      <w:r w:rsidRPr="00E6311C">
        <w:rPr>
          <w:rFonts w:ascii="Garamond" w:hAnsi="Garamond" w:cs="Arial"/>
          <w:sz w:val="22"/>
        </w:rPr>
        <w:t xml:space="preserve">, </w:t>
      </w:r>
      <w:proofErr w:type="spellStart"/>
      <w:r w:rsidRPr="00E6311C">
        <w:rPr>
          <w:rFonts w:ascii="Garamond" w:hAnsi="Garamond" w:cs="Arial"/>
          <w:sz w:val="22"/>
        </w:rPr>
        <w:t>chyba</w:t>
      </w:r>
      <w:proofErr w:type="spellEnd"/>
      <w:r w:rsidRPr="00E6311C">
        <w:rPr>
          <w:rFonts w:ascii="Garamond" w:hAnsi="Garamond" w:cs="Arial"/>
          <w:sz w:val="22"/>
        </w:rPr>
        <w:t xml:space="preserve"> </w:t>
      </w:r>
      <w:proofErr w:type="spellStart"/>
      <w:r w:rsidR="00E6311C" w:rsidRPr="00E6311C">
        <w:rPr>
          <w:rFonts w:ascii="Garamond" w:hAnsi="Garamond" w:cs="Arial"/>
          <w:sz w:val="22"/>
        </w:rPr>
        <w:t>Zamawiający</w:t>
      </w:r>
      <w:proofErr w:type="spellEnd"/>
      <w:r w:rsidR="00E6311C" w:rsidRPr="00E6311C">
        <w:rPr>
          <w:rFonts w:ascii="Garamond" w:hAnsi="Garamond" w:cs="Arial"/>
          <w:sz w:val="22"/>
        </w:rPr>
        <w:t xml:space="preserve"> </w:t>
      </w:r>
      <w:proofErr w:type="spellStart"/>
      <w:r w:rsidR="00E6311C" w:rsidRPr="00E6311C">
        <w:rPr>
          <w:rFonts w:ascii="Garamond" w:hAnsi="Garamond" w:cs="Arial"/>
          <w:sz w:val="22"/>
        </w:rPr>
        <w:t>odstąpi</w:t>
      </w:r>
      <w:proofErr w:type="spellEnd"/>
      <w:r w:rsidR="00E6311C" w:rsidRPr="00E6311C">
        <w:rPr>
          <w:rFonts w:ascii="Garamond" w:hAnsi="Garamond" w:cs="Arial"/>
          <w:sz w:val="22"/>
        </w:rPr>
        <w:t xml:space="preserve"> </w:t>
      </w:r>
      <w:proofErr w:type="spellStart"/>
      <w:r w:rsidR="00E6311C" w:rsidRPr="00E6311C">
        <w:rPr>
          <w:rFonts w:ascii="Garamond" w:hAnsi="Garamond" w:cs="Arial"/>
          <w:sz w:val="22"/>
        </w:rPr>
        <w:t>od</w:t>
      </w:r>
      <w:proofErr w:type="spellEnd"/>
      <w:r w:rsidR="00E6311C" w:rsidRPr="00E6311C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zawarcia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umowy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najmu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i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dalszego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wyłaniania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Wynajmującego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oraz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nowej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lokalizacji</w:t>
      </w:r>
      <w:proofErr w:type="spellEnd"/>
      <w:r w:rsidR="0012088D">
        <w:rPr>
          <w:rFonts w:ascii="Garamond" w:hAnsi="Garamond" w:cs="Arial"/>
          <w:sz w:val="22"/>
        </w:rPr>
        <w:t xml:space="preserve"> </w:t>
      </w:r>
      <w:proofErr w:type="spellStart"/>
      <w:r w:rsidR="0012088D">
        <w:rPr>
          <w:rFonts w:ascii="Garamond" w:hAnsi="Garamond" w:cs="Arial"/>
          <w:sz w:val="22"/>
        </w:rPr>
        <w:t>siedziby</w:t>
      </w:r>
      <w:proofErr w:type="spellEnd"/>
      <w:r w:rsidR="0012088D">
        <w:rPr>
          <w:rFonts w:ascii="Garamond" w:hAnsi="Garamond" w:cs="Arial"/>
          <w:sz w:val="22"/>
        </w:rPr>
        <w:t>.</w:t>
      </w:r>
    </w:p>
    <w:p w14:paraId="29F730D7" w14:textId="77777777" w:rsidR="003266C5" w:rsidRDefault="003266C5" w:rsidP="00D6354C">
      <w:pPr>
        <w:spacing w:line="240" w:lineRule="auto"/>
        <w:jc w:val="both"/>
        <w:rPr>
          <w:rFonts w:ascii="Garamond" w:hAnsi="Garamond" w:cs="Arial"/>
          <w:sz w:val="22"/>
        </w:rPr>
      </w:pPr>
    </w:p>
    <w:bookmarkEnd w:id="16"/>
    <w:p w14:paraId="0E223C6E" w14:textId="77777777" w:rsidR="003266C5" w:rsidRPr="00E6311C" w:rsidRDefault="003266C5" w:rsidP="00D6354C">
      <w:pPr>
        <w:spacing w:line="240" w:lineRule="auto"/>
        <w:jc w:val="both"/>
        <w:rPr>
          <w:rFonts w:ascii="Garamond" w:hAnsi="Garamond" w:cs="Arial"/>
          <w:sz w:val="22"/>
        </w:rPr>
      </w:pPr>
    </w:p>
    <w:sectPr w:rsidR="003266C5" w:rsidRPr="00E6311C" w:rsidSect="00BF795F">
      <w:footerReference w:type="default" r:id="rId8"/>
      <w:pgSz w:w="12240" w:h="15840"/>
      <w:pgMar w:top="1417" w:right="1417" w:bottom="1417" w:left="19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832" w14:textId="77777777" w:rsidR="006D0463" w:rsidRDefault="006D0463">
      <w:pPr>
        <w:spacing w:after="0" w:line="240" w:lineRule="auto"/>
      </w:pPr>
      <w:r>
        <w:separator/>
      </w:r>
    </w:p>
  </w:endnote>
  <w:endnote w:type="continuationSeparator" w:id="0">
    <w:p w14:paraId="09B9CFBE" w14:textId="77777777" w:rsidR="006D0463" w:rsidRDefault="006D0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DFE49" w14:textId="77777777" w:rsidR="000A6E68" w:rsidRPr="0012088D" w:rsidRDefault="00BF795F">
    <w:pPr>
      <w:pStyle w:val="Stopka"/>
      <w:jc w:val="right"/>
      <w:rPr>
        <w:rFonts w:ascii="Garamond" w:hAnsi="Garamond"/>
      </w:rPr>
    </w:pPr>
    <w:r w:rsidRPr="0012088D">
      <w:rPr>
        <w:rFonts w:ascii="Garamond" w:hAnsi="Garamond"/>
        <w:sz w:val="18"/>
      </w:rPr>
      <w:fldChar w:fldCharType="begin"/>
    </w:r>
    <w:r w:rsidRPr="0012088D">
      <w:rPr>
        <w:rFonts w:ascii="Garamond" w:hAnsi="Garamond"/>
        <w:sz w:val="18"/>
      </w:rPr>
      <w:instrText>PAGE</w:instrText>
    </w:r>
    <w:r w:rsidRPr="0012088D">
      <w:rPr>
        <w:rFonts w:ascii="Garamond" w:hAnsi="Garamond"/>
        <w:sz w:val="18"/>
      </w:rPr>
      <w:fldChar w:fldCharType="separate"/>
    </w:r>
    <w:r w:rsidR="000C3546" w:rsidRPr="0012088D">
      <w:rPr>
        <w:rFonts w:ascii="Garamond" w:hAnsi="Garamond"/>
        <w:noProof/>
        <w:sz w:val="18"/>
      </w:rPr>
      <w:t>1</w:t>
    </w:r>
    <w:r w:rsidRPr="0012088D">
      <w:rPr>
        <w:rFonts w:ascii="Garamond" w:hAnsi="Garamond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29417" w14:textId="77777777" w:rsidR="006D0463" w:rsidRDefault="006D0463">
      <w:r>
        <w:separator/>
      </w:r>
    </w:p>
  </w:footnote>
  <w:footnote w:type="continuationSeparator" w:id="0">
    <w:p w14:paraId="0BB4F38F" w14:textId="77777777" w:rsidR="006D0463" w:rsidRDefault="006D0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A990"/>
    <w:multiLevelType w:val="multilevel"/>
    <w:tmpl w:val="385688D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0" w15:restartNumberingAfterBreak="0">
    <w:nsid w:val="0000A991"/>
    <w:multiLevelType w:val="multilevel"/>
    <w:tmpl w:val="4EE2A152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11" w15:restartNumberingAfterBreak="0">
    <w:nsid w:val="00A99411"/>
    <w:multiLevelType w:val="multilevel"/>
    <w:tmpl w:val="EDD81FDA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12" w15:restartNumberingAfterBreak="0">
    <w:nsid w:val="00A99421"/>
    <w:multiLevelType w:val="multilevel"/>
    <w:tmpl w:val="8076A456"/>
    <w:lvl w:ilvl="0">
      <w:start w:val="1"/>
      <w:numFmt w:val="decimal"/>
      <w:lvlText w:val="%1)"/>
      <w:lvlJc w:val="left"/>
      <w:pPr>
        <w:ind w:left="720" w:hanging="480"/>
      </w:pPr>
    </w:lvl>
    <w:lvl w:ilvl="1">
      <w:start w:val="1"/>
      <w:numFmt w:val="decimal"/>
      <w:lvlText w:val="%2)"/>
      <w:lvlJc w:val="left"/>
      <w:pPr>
        <w:ind w:left="1440" w:hanging="480"/>
      </w:pPr>
    </w:lvl>
    <w:lvl w:ilvl="2">
      <w:start w:val="1"/>
      <w:numFmt w:val="decimal"/>
      <w:lvlText w:val="%3)"/>
      <w:lvlJc w:val="left"/>
      <w:pPr>
        <w:ind w:left="2160" w:hanging="480"/>
      </w:pPr>
    </w:lvl>
    <w:lvl w:ilvl="3">
      <w:start w:val="1"/>
      <w:numFmt w:val="decimal"/>
      <w:lvlText w:val="%4)"/>
      <w:lvlJc w:val="left"/>
      <w:pPr>
        <w:ind w:left="2880" w:hanging="480"/>
      </w:pPr>
    </w:lvl>
    <w:lvl w:ilvl="4">
      <w:start w:val="1"/>
      <w:numFmt w:val="decimal"/>
      <w:lvlText w:val="%5)"/>
      <w:lvlJc w:val="left"/>
      <w:pPr>
        <w:ind w:left="3600" w:hanging="480"/>
      </w:pPr>
    </w:lvl>
    <w:lvl w:ilvl="5">
      <w:start w:val="1"/>
      <w:numFmt w:val="decimal"/>
      <w:lvlText w:val="%6)"/>
      <w:lvlJc w:val="left"/>
      <w:pPr>
        <w:ind w:left="4320" w:hanging="480"/>
      </w:pPr>
    </w:lvl>
    <w:lvl w:ilvl="6">
      <w:start w:val="1"/>
      <w:numFmt w:val="decimal"/>
      <w:lvlText w:val="%7)"/>
      <w:lvlJc w:val="left"/>
      <w:pPr>
        <w:ind w:left="5040" w:hanging="480"/>
      </w:pPr>
    </w:lvl>
    <w:lvl w:ilvl="7">
      <w:start w:val="1"/>
      <w:numFmt w:val="decimal"/>
      <w:lvlText w:val="%8)"/>
      <w:lvlJc w:val="left"/>
      <w:pPr>
        <w:ind w:left="5760" w:hanging="480"/>
      </w:pPr>
    </w:lvl>
    <w:lvl w:ilvl="8">
      <w:start w:val="1"/>
      <w:numFmt w:val="decimal"/>
      <w:lvlText w:val="%9)"/>
      <w:lvlJc w:val="left"/>
      <w:pPr>
        <w:ind w:left="6480" w:hanging="480"/>
      </w:pPr>
    </w:lvl>
  </w:abstractNum>
  <w:abstractNum w:abstractNumId="13" w15:restartNumberingAfterBreak="0">
    <w:nsid w:val="00A99721"/>
    <w:multiLevelType w:val="multilevel"/>
    <w:tmpl w:val="2CA4D3D8"/>
    <w:lvl w:ilvl="0">
      <w:start w:val="1"/>
      <w:numFmt w:val="lowerLetter"/>
      <w:lvlText w:val="%1)"/>
      <w:lvlJc w:val="left"/>
      <w:pPr>
        <w:ind w:left="720" w:hanging="480"/>
      </w:pPr>
    </w:lvl>
    <w:lvl w:ilvl="1">
      <w:start w:val="1"/>
      <w:numFmt w:val="lowerLetter"/>
      <w:lvlText w:val="%2)"/>
      <w:lvlJc w:val="left"/>
      <w:pPr>
        <w:ind w:left="1440" w:hanging="480"/>
      </w:pPr>
    </w:lvl>
    <w:lvl w:ilvl="2">
      <w:start w:val="1"/>
      <w:numFmt w:val="lowerLetter"/>
      <w:lvlText w:val="%3)"/>
      <w:lvlJc w:val="left"/>
      <w:pPr>
        <w:ind w:left="2160" w:hanging="480"/>
      </w:pPr>
    </w:lvl>
    <w:lvl w:ilvl="3">
      <w:start w:val="1"/>
      <w:numFmt w:val="lowerLetter"/>
      <w:lvlText w:val="%4)"/>
      <w:lvlJc w:val="left"/>
      <w:pPr>
        <w:ind w:left="2880" w:hanging="480"/>
      </w:pPr>
    </w:lvl>
    <w:lvl w:ilvl="4">
      <w:start w:val="1"/>
      <w:numFmt w:val="lowerLetter"/>
      <w:lvlText w:val="%5)"/>
      <w:lvlJc w:val="left"/>
      <w:pPr>
        <w:ind w:left="3600" w:hanging="480"/>
      </w:pPr>
    </w:lvl>
    <w:lvl w:ilvl="5">
      <w:start w:val="1"/>
      <w:numFmt w:val="lowerLetter"/>
      <w:lvlText w:val="%6)"/>
      <w:lvlJc w:val="left"/>
      <w:pPr>
        <w:ind w:left="4320" w:hanging="480"/>
      </w:pPr>
    </w:lvl>
    <w:lvl w:ilvl="6">
      <w:start w:val="1"/>
      <w:numFmt w:val="lowerLetter"/>
      <w:lvlText w:val="%7)"/>
      <w:lvlJc w:val="left"/>
      <w:pPr>
        <w:ind w:left="5040" w:hanging="480"/>
      </w:pPr>
    </w:lvl>
    <w:lvl w:ilvl="7">
      <w:start w:val="1"/>
      <w:numFmt w:val="lowerLetter"/>
      <w:lvlText w:val="%8)"/>
      <w:lvlJc w:val="left"/>
      <w:pPr>
        <w:ind w:left="5760" w:hanging="480"/>
      </w:pPr>
    </w:lvl>
    <w:lvl w:ilvl="8">
      <w:start w:val="1"/>
      <w:numFmt w:val="lowerLetter"/>
      <w:lvlText w:val="%9)"/>
      <w:lvlJc w:val="left"/>
      <w:pPr>
        <w:ind w:left="6480" w:hanging="480"/>
      </w:pPr>
    </w:lvl>
  </w:abstractNum>
  <w:num w:numId="1" w16cid:durableId="141504820">
    <w:abstractNumId w:val="8"/>
  </w:num>
  <w:num w:numId="2" w16cid:durableId="392777071">
    <w:abstractNumId w:val="6"/>
  </w:num>
  <w:num w:numId="3" w16cid:durableId="1363096832">
    <w:abstractNumId w:val="5"/>
  </w:num>
  <w:num w:numId="4" w16cid:durableId="340082466">
    <w:abstractNumId w:val="4"/>
  </w:num>
  <w:num w:numId="5" w16cid:durableId="658000740">
    <w:abstractNumId w:val="7"/>
  </w:num>
  <w:num w:numId="6" w16cid:durableId="619654185">
    <w:abstractNumId w:val="3"/>
  </w:num>
  <w:num w:numId="7" w16cid:durableId="1594239187">
    <w:abstractNumId w:val="2"/>
  </w:num>
  <w:num w:numId="8" w16cid:durableId="865485157">
    <w:abstractNumId w:val="1"/>
  </w:num>
  <w:num w:numId="9" w16cid:durableId="1720133691">
    <w:abstractNumId w:val="0"/>
  </w:num>
  <w:num w:numId="10" w16cid:durableId="720711339">
    <w:abstractNumId w:val="9"/>
  </w:num>
  <w:num w:numId="11" w16cid:durableId="1174035442">
    <w:abstractNumId w:val="10"/>
  </w:num>
  <w:num w:numId="12" w16cid:durableId="19999637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6681640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250657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3209705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534515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871918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2095020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8045410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805942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57555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333735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196670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5125377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550237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4431928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82875790">
    <w:abstractNumId w:val="10"/>
  </w:num>
  <w:num w:numId="28" w16cid:durableId="92361438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E68"/>
    <w:rsid w:val="00074E4B"/>
    <w:rsid w:val="000A6E68"/>
    <w:rsid w:val="000B2601"/>
    <w:rsid w:val="000C3546"/>
    <w:rsid w:val="000D2A11"/>
    <w:rsid w:val="00105E3E"/>
    <w:rsid w:val="0012088D"/>
    <w:rsid w:val="001D2D8A"/>
    <w:rsid w:val="002B4B96"/>
    <w:rsid w:val="002D7681"/>
    <w:rsid w:val="002F6050"/>
    <w:rsid w:val="003266C5"/>
    <w:rsid w:val="00331E5C"/>
    <w:rsid w:val="003A0024"/>
    <w:rsid w:val="003B453A"/>
    <w:rsid w:val="00537E72"/>
    <w:rsid w:val="00584DDD"/>
    <w:rsid w:val="005A30F3"/>
    <w:rsid w:val="005F13B2"/>
    <w:rsid w:val="00656443"/>
    <w:rsid w:val="006C64A7"/>
    <w:rsid w:val="006D0463"/>
    <w:rsid w:val="00703575"/>
    <w:rsid w:val="00AE29D3"/>
    <w:rsid w:val="00B4500D"/>
    <w:rsid w:val="00B80A8C"/>
    <w:rsid w:val="00BF795F"/>
    <w:rsid w:val="00C0487E"/>
    <w:rsid w:val="00C9769F"/>
    <w:rsid w:val="00D51D4C"/>
    <w:rsid w:val="00D6354C"/>
    <w:rsid w:val="00DE599A"/>
    <w:rsid w:val="00E41992"/>
    <w:rsid w:val="00E6257D"/>
    <w:rsid w:val="00E6311C"/>
    <w:rsid w:val="00EA303F"/>
    <w:rsid w:val="00F11A4F"/>
    <w:rsid w:val="00F42135"/>
    <w:rsid w:val="00FA4F35"/>
    <w:rsid w:val="00FD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47D8C"/>
  <w15:docId w15:val="{BF83EB74-788D-4B28-BE77-2574B726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354C"/>
    <w:rPr>
      <w:rFonts w:ascii="Calibri" w:hAnsi="Calibri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sz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ourceCode">
    <w:name w:val="Source Code"/>
    <w:basedOn w:val="Normalny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  <w:rPr>
      <w:b/>
      <w:color w:val="008000"/>
    </w:rPr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  <w:rPr>
      <w:color w:val="008000"/>
    </w:rPr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Poprawka">
    <w:name w:val="Revision"/>
    <w:hidden/>
    <w:uiPriority w:val="99"/>
    <w:semiHidden/>
    <w:rsid w:val="00EA303F"/>
    <w:pPr>
      <w:spacing w:after="0" w:line="240" w:lineRule="auto"/>
    </w:pPr>
    <w:rPr>
      <w:rFonts w:ascii="Calibri" w:hAnsi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7A5DF-8281-46EB-AB36-A201DEDB7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1596</Words>
  <Characters>9581</Characters>
  <Application>Microsoft Office Word</Application>
  <DocSecurity>0</DocSecurity>
  <Lines>79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11155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Mazurkiewicz</dc:creator>
  <cp:keywords/>
  <dc:description/>
  <cp:lastModifiedBy>Dorota Dobosz</cp:lastModifiedBy>
  <cp:revision>4</cp:revision>
  <dcterms:created xsi:type="dcterms:W3CDTF">2026-02-26T09:59:00Z</dcterms:created>
  <dcterms:modified xsi:type="dcterms:W3CDTF">2026-02-26T10:05:00Z</dcterms:modified>
</cp:coreProperties>
</file>